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1F97C" w14:textId="2E7F1C6F" w:rsidR="004C1B33" w:rsidRDefault="007C31E8">
      <w:pPr>
        <w:pStyle w:val="Titel"/>
        <w:rPr>
          <w:color w:val="7030A0"/>
        </w:rPr>
      </w:pPr>
      <w:r>
        <w:rPr>
          <w:noProof/>
          <w:color w:val="7030A0"/>
        </w:rPr>
        <w:drawing>
          <wp:anchor distT="0" distB="0" distL="114300" distR="114300" simplePos="0" relativeHeight="251658240" behindDoc="1" locked="0" layoutInCell="1" allowOverlap="1" wp14:anchorId="40A46433" wp14:editId="5D728C5D">
            <wp:simplePos x="0" y="0"/>
            <wp:positionH relativeFrom="column">
              <wp:posOffset>4690110</wp:posOffset>
            </wp:positionH>
            <wp:positionV relativeFrom="paragraph">
              <wp:posOffset>-624840</wp:posOffset>
            </wp:positionV>
            <wp:extent cx="2359660" cy="1261745"/>
            <wp:effectExtent l="0" t="0" r="2540" b="0"/>
            <wp:wrapTight wrapText="bothSides">
              <wp:wrapPolygon edited="0">
                <wp:start x="0" y="0"/>
                <wp:lineTo x="0" y="21198"/>
                <wp:lineTo x="21449" y="21198"/>
                <wp:lineTo x="21449" y="0"/>
                <wp:lineTo x="0" y="0"/>
              </wp:wrapPolygon>
            </wp:wrapTight>
            <wp:docPr id="105235181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9660" cy="1261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Pr="0076572A">
        <w:rPr>
          <w:color w:val="7030A0"/>
        </w:rPr>
        <w:t>Anmeldung</w:t>
      </w:r>
      <w:proofErr w:type="spellEnd"/>
      <w:r w:rsidRPr="0076572A">
        <w:rPr>
          <w:color w:val="7030A0"/>
        </w:rPr>
        <w:t xml:space="preserve"> </w:t>
      </w:r>
      <w:proofErr w:type="spellStart"/>
      <w:r w:rsidRPr="0076572A">
        <w:rPr>
          <w:color w:val="7030A0"/>
        </w:rPr>
        <w:t>zum</w:t>
      </w:r>
      <w:proofErr w:type="spellEnd"/>
      <w:r w:rsidRPr="0076572A">
        <w:rPr>
          <w:color w:val="7030A0"/>
        </w:rPr>
        <w:t xml:space="preserve"> </w:t>
      </w:r>
      <w:proofErr w:type="spellStart"/>
      <w:r w:rsidRPr="0076572A">
        <w:rPr>
          <w:color w:val="7030A0"/>
        </w:rPr>
        <w:t>Herbstplenum</w:t>
      </w:r>
      <w:proofErr w:type="spellEnd"/>
      <w:r w:rsidR="0076572A">
        <w:rPr>
          <w:color w:val="7030A0"/>
        </w:rPr>
        <w:t xml:space="preserve"> 2026</w:t>
      </w:r>
      <w:r w:rsidRPr="0076572A">
        <w:rPr>
          <w:color w:val="7030A0"/>
        </w:rPr>
        <w:t xml:space="preserve"> </w:t>
      </w:r>
    </w:p>
    <w:p w14:paraId="47E53090" w14:textId="3258ECD5" w:rsidR="005B388D" w:rsidRPr="0076572A" w:rsidRDefault="00640E52">
      <w:pPr>
        <w:pStyle w:val="Titel"/>
        <w:rPr>
          <w:color w:val="7030A0"/>
        </w:rPr>
      </w:pPr>
      <w:r w:rsidRPr="0076572A">
        <w:rPr>
          <w:color w:val="7030A0"/>
        </w:rPr>
        <w:t xml:space="preserve">der </w:t>
      </w:r>
      <w:proofErr w:type="spellStart"/>
      <w:r w:rsidRPr="0076572A">
        <w:rPr>
          <w:color w:val="7030A0"/>
        </w:rPr>
        <w:t>Netzwerkfrauen</w:t>
      </w:r>
      <w:proofErr w:type="spellEnd"/>
      <w:r w:rsidRPr="0076572A">
        <w:rPr>
          <w:color w:val="7030A0"/>
        </w:rPr>
        <w:t xml:space="preserve"> Bayern</w:t>
      </w:r>
    </w:p>
    <w:p w14:paraId="3E84E1E6" w14:textId="77777777" w:rsidR="005B388D" w:rsidRPr="008A79C3" w:rsidRDefault="00640E52">
      <w:pPr>
        <w:rPr>
          <w:sz w:val="24"/>
          <w:szCs w:val="24"/>
        </w:rPr>
      </w:pPr>
      <w:r w:rsidRPr="008A79C3">
        <w:rPr>
          <w:b/>
          <w:sz w:val="24"/>
          <w:szCs w:val="24"/>
        </w:rPr>
        <w:t xml:space="preserve">Samstag, 17. Oktober 2026 | </w:t>
      </w:r>
      <w:proofErr w:type="spellStart"/>
      <w:r w:rsidRPr="008A79C3">
        <w:rPr>
          <w:b/>
          <w:sz w:val="24"/>
          <w:szCs w:val="24"/>
        </w:rPr>
        <w:t>Ankommen</w:t>
      </w:r>
      <w:proofErr w:type="spellEnd"/>
      <w:r w:rsidRPr="008A79C3">
        <w:rPr>
          <w:b/>
          <w:sz w:val="24"/>
          <w:szCs w:val="24"/>
        </w:rPr>
        <w:t xml:space="preserve"> ab 10:30 Uhr | </w:t>
      </w:r>
      <w:proofErr w:type="spellStart"/>
      <w:r w:rsidRPr="008A79C3">
        <w:rPr>
          <w:b/>
          <w:sz w:val="24"/>
          <w:szCs w:val="24"/>
        </w:rPr>
        <w:t>Beginn</w:t>
      </w:r>
      <w:proofErr w:type="spellEnd"/>
      <w:r w:rsidRPr="008A79C3">
        <w:rPr>
          <w:b/>
          <w:sz w:val="24"/>
          <w:szCs w:val="24"/>
        </w:rPr>
        <w:t xml:space="preserve"> 11:00 Uhr</w:t>
      </w:r>
    </w:p>
    <w:p w14:paraId="0ADB0961" w14:textId="2D2FECE1" w:rsidR="005B388D" w:rsidRPr="008A79C3" w:rsidRDefault="00640E52">
      <w:pPr>
        <w:rPr>
          <w:sz w:val="24"/>
          <w:szCs w:val="24"/>
        </w:rPr>
      </w:pPr>
      <w:r w:rsidRPr="008A79C3">
        <w:rPr>
          <w:sz w:val="24"/>
          <w:szCs w:val="24"/>
        </w:rPr>
        <w:t xml:space="preserve">Sie </w:t>
      </w:r>
      <w:proofErr w:type="spellStart"/>
      <w:r w:rsidRPr="008A79C3">
        <w:rPr>
          <w:sz w:val="24"/>
          <w:szCs w:val="24"/>
        </w:rPr>
        <w:t>können</w:t>
      </w:r>
      <w:proofErr w:type="spellEnd"/>
      <w:r w:rsidRPr="008A79C3">
        <w:rPr>
          <w:sz w:val="24"/>
          <w:szCs w:val="24"/>
        </w:rPr>
        <w:t xml:space="preserve"> dieses Formular </w:t>
      </w:r>
      <w:proofErr w:type="spellStart"/>
      <w:r w:rsidRPr="008A79C3">
        <w:rPr>
          <w:sz w:val="24"/>
          <w:szCs w:val="24"/>
        </w:rPr>
        <w:t>direkt</w:t>
      </w:r>
      <w:proofErr w:type="spellEnd"/>
      <w:r w:rsidRPr="008A79C3">
        <w:rPr>
          <w:sz w:val="24"/>
          <w:szCs w:val="24"/>
        </w:rPr>
        <w:t xml:space="preserve"> am Computer </w:t>
      </w:r>
      <w:proofErr w:type="spellStart"/>
      <w:r w:rsidRPr="008A79C3">
        <w:rPr>
          <w:sz w:val="24"/>
          <w:szCs w:val="24"/>
        </w:rPr>
        <w:t>ausfüllen</w:t>
      </w:r>
      <w:proofErr w:type="spellEnd"/>
      <w:r w:rsidRPr="008A79C3">
        <w:rPr>
          <w:sz w:val="24"/>
          <w:szCs w:val="24"/>
        </w:rPr>
        <w:t xml:space="preserve">, </w:t>
      </w:r>
      <w:proofErr w:type="spellStart"/>
      <w:r w:rsidRPr="008A79C3">
        <w:rPr>
          <w:sz w:val="24"/>
          <w:szCs w:val="24"/>
        </w:rPr>
        <w:t>speichern</w:t>
      </w:r>
      <w:proofErr w:type="spellEnd"/>
      <w:r w:rsidRPr="008A79C3">
        <w:rPr>
          <w:sz w:val="24"/>
          <w:szCs w:val="24"/>
        </w:rPr>
        <w:t xml:space="preserve"> und per E-Mail </w:t>
      </w:r>
      <w:proofErr w:type="spellStart"/>
      <w:r w:rsidRPr="008A79C3">
        <w:rPr>
          <w:sz w:val="24"/>
          <w:szCs w:val="24"/>
        </w:rPr>
        <w:t>an</w:t>
      </w:r>
      <w:proofErr w:type="spellEnd"/>
      <w:r w:rsidRPr="008A79C3">
        <w:rPr>
          <w:sz w:val="24"/>
          <w:szCs w:val="24"/>
        </w:rPr>
        <w:t xml:space="preserve"> info@netzwerkfrauen-bayern.de </w:t>
      </w:r>
      <w:proofErr w:type="spellStart"/>
      <w:r w:rsidRPr="008A79C3">
        <w:rPr>
          <w:sz w:val="24"/>
          <w:szCs w:val="24"/>
        </w:rPr>
        <w:t>zurücksenden</w:t>
      </w:r>
      <w:proofErr w:type="spellEnd"/>
      <w:r w:rsidRPr="008A79C3">
        <w:rPr>
          <w:sz w:val="24"/>
          <w:szCs w:val="24"/>
        </w:rPr>
        <w:t xml:space="preserve">. </w:t>
      </w:r>
      <w:r w:rsidR="00E46FFD">
        <w:rPr>
          <w:sz w:val="24"/>
          <w:szCs w:val="24"/>
        </w:rPr>
        <w:t xml:space="preserve">Wenn das nicht </w:t>
      </w:r>
      <w:proofErr w:type="spellStart"/>
      <w:r w:rsidR="00E46FFD">
        <w:rPr>
          <w:sz w:val="24"/>
          <w:szCs w:val="24"/>
        </w:rPr>
        <w:t>geht</w:t>
      </w:r>
      <w:proofErr w:type="spellEnd"/>
      <w:r w:rsidR="00E46FFD">
        <w:rPr>
          <w:sz w:val="24"/>
          <w:szCs w:val="24"/>
        </w:rPr>
        <w:t>,</w:t>
      </w:r>
      <w:r w:rsidRPr="008A79C3">
        <w:rPr>
          <w:sz w:val="24"/>
          <w:szCs w:val="24"/>
        </w:rPr>
        <w:t xml:space="preserve"> </w:t>
      </w:r>
      <w:proofErr w:type="spellStart"/>
      <w:r w:rsidRPr="008A79C3">
        <w:rPr>
          <w:sz w:val="24"/>
          <w:szCs w:val="24"/>
        </w:rPr>
        <w:t>können</w:t>
      </w:r>
      <w:proofErr w:type="spellEnd"/>
      <w:r w:rsidRPr="008A79C3">
        <w:rPr>
          <w:sz w:val="24"/>
          <w:szCs w:val="24"/>
        </w:rPr>
        <w:t xml:space="preserve"> Sie </w:t>
      </w:r>
      <w:proofErr w:type="spellStart"/>
      <w:r w:rsidRPr="008A79C3">
        <w:rPr>
          <w:sz w:val="24"/>
          <w:szCs w:val="24"/>
        </w:rPr>
        <w:t>uns</w:t>
      </w:r>
      <w:proofErr w:type="spellEnd"/>
      <w:r w:rsidRPr="008A79C3">
        <w:rPr>
          <w:sz w:val="24"/>
          <w:szCs w:val="24"/>
        </w:rPr>
        <w:t xml:space="preserve"> die </w:t>
      </w:r>
      <w:proofErr w:type="spellStart"/>
      <w:r w:rsidRPr="008A79C3">
        <w:rPr>
          <w:sz w:val="24"/>
          <w:szCs w:val="24"/>
        </w:rPr>
        <w:t>Angaben</w:t>
      </w:r>
      <w:proofErr w:type="spellEnd"/>
      <w:r w:rsidRPr="008A79C3">
        <w:rPr>
          <w:sz w:val="24"/>
          <w:szCs w:val="24"/>
        </w:rPr>
        <w:t xml:space="preserve"> </w:t>
      </w:r>
      <w:proofErr w:type="spellStart"/>
      <w:r w:rsidRPr="008A79C3">
        <w:rPr>
          <w:sz w:val="24"/>
          <w:szCs w:val="24"/>
        </w:rPr>
        <w:t>auch</w:t>
      </w:r>
      <w:proofErr w:type="spellEnd"/>
      <w:r w:rsidRPr="008A79C3">
        <w:rPr>
          <w:sz w:val="24"/>
          <w:szCs w:val="24"/>
        </w:rPr>
        <w:t xml:space="preserve"> </w:t>
      </w:r>
      <w:proofErr w:type="spellStart"/>
      <w:r w:rsidRPr="008A79C3">
        <w:rPr>
          <w:sz w:val="24"/>
          <w:szCs w:val="24"/>
        </w:rPr>
        <w:t>frei</w:t>
      </w:r>
      <w:proofErr w:type="spellEnd"/>
      <w:r w:rsidRPr="008A79C3">
        <w:rPr>
          <w:sz w:val="24"/>
          <w:szCs w:val="24"/>
        </w:rPr>
        <w:t xml:space="preserve"> per E-Mail </w:t>
      </w:r>
      <w:proofErr w:type="spellStart"/>
      <w:r w:rsidRPr="008A79C3">
        <w:rPr>
          <w:sz w:val="24"/>
          <w:szCs w:val="24"/>
        </w:rPr>
        <w:t>mitteilen</w:t>
      </w:r>
      <w:proofErr w:type="spellEnd"/>
      <w:r w:rsidRPr="008A79C3">
        <w:rPr>
          <w:sz w:val="24"/>
          <w:szCs w:val="24"/>
        </w:rPr>
        <w:t>.</w:t>
      </w:r>
    </w:p>
    <w:p w14:paraId="10037308" w14:textId="600C2DEF" w:rsidR="005B388D" w:rsidRPr="008A79C3" w:rsidRDefault="00640E52">
      <w:pPr>
        <w:pStyle w:val="berschrift1"/>
        <w:rPr>
          <w:color w:val="7030A0"/>
          <w:sz w:val="32"/>
          <w:szCs w:val="32"/>
        </w:rPr>
      </w:pPr>
      <w:proofErr w:type="spellStart"/>
      <w:r w:rsidRPr="008A79C3">
        <w:rPr>
          <w:color w:val="7030A0"/>
          <w:sz w:val="32"/>
          <w:szCs w:val="32"/>
        </w:rPr>
        <w:t>Ihre</w:t>
      </w:r>
      <w:proofErr w:type="spellEnd"/>
      <w:r w:rsidRPr="008A79C3">
        <w:rPr>
          <w:color w:val="7030A0"/>
          <w:sz w:val="32"/>
          <w:szCs w:val="32"/>
        </w:rPr>
        <w:t xml:space="preserve"> </w:t>
      </w:r>
      <w:proofErr w:type="spellStart"/>
      <w:r w:rsidRPr="008A79C3">
        <w:rPr>
          <w:color w:val="7030A0"/>
          <w:sz w:val="32"/>
          <w:szCs w:val="32"/>
        </w:rPr>
        <w:t>Angaben</w:t>
      </w:r>
      <w:proofErr w:type="spellEnd"/>
    </w:p>
    <w:p w14:paraId="6F60B47F" w14:textId="77777777" w:rsidR="005B388D" w:rsidRPr="008A79C3" w:rsidRDefault="00640E52">
      <w:pPr>
        <w:rPr>
          <w:sz w:val="24"/>
          <w:szCs w:val="24"/>
        </w:rPr>
      </w:pPr>
      <w:r w:rsidRPr="008A79C3">
        <w:rPr>
          <w:b/>
          <w:sz w:val="24"/>
          <w:szCs w:val="24"/>
        </w:rPr>
        <w:t xml:space="preserve">Name: </w:t>
      </w:r>
      <w:sdt>
        <w:sdtPr>
          <w:rPr>
            <w:sz w:val="24"/>
            <w:szCs w:val="24"/>
          </w:rPr>
          <w:alias w:val="Name"/>
          <w:tag w:val="name"/>
          <w:id w:val="-671959559"/>
          <w:text/>
        </w:sdtPr>
        <w:sdtEndPr/>
        <w:sdtContent>
          <w:r w:rsidRPr="008A79C3">
            <w:rPr>
              <w:sz w:val="24"/>
              <w:szCs w:val="24"/>
              <w:shd w:val="clear" w:color="auto" w:fill="EDEDED"/>
            </w:rPr>
            <w:t xml:space="preserve">Hier Namen </w:t>
          </w:r>
          <w:proofErr w:type="spellStart"/>
          <w:r w:rsidRPr="008A79C3">
            <w:rPr>
              <w:sz w:val="24"/>
              <w:szCs w:val="24"/>
              <w:shd w:val="clear" w:color="auto" w:fill="EDEDED"/>
            </w:rPr>
            <w:t>eingeben</w:t>
          </w:r>
          <w:proofErr w:type="spellEnd"/>
        </w:sdtContent>
      </w:sdt>
    </w:p>
    <w:p w14:paraId="439FD1B9" w14:textId="4A96ABA2" w:rsidR="005B388D" w:rsidRPr="008A79C3" w:rsidRDefault="00640E52">
      <w:pPr>
        <w:rPr>
          <w:sz w:val="24"/>
          <w:szCs w:val="24"/>
        </w:rPr>
      </w:pPr>
      <w:r w:rsidRPr="008A79C3">
        <w:rPr>
          <w:b/>
          <w:sz w:val="24"/>
          <w:szCs w:val="24"/>
        </w:rPr>
        <w:t>E-Mail-</w:t>
      </w:r>
      <w:proofErr w:type="spellStart"/>
      <w:r w:rsidRPr="008A79C3">
        <w:rPr>
          <w:b/>
          <w:sz w:val="24"/>
          <w:szCs w:val="24"/>
        </w:rPr>
        <w:t>Adresse</w:t>
      </w:r>
      <w:proofErr w:type="spellEnd"/>
      <w:r w:rsidRPr="008A79C3">
        <w:rPr>
          <w:b/>
          <w:sz w:val="24"/>
          <w:szCs w:val="24"/>
        </w:rPr>
        <w:t xml:space="preserve"> (</w:t>
      </w:r>
      <w:proofErr w:type="spellStart"/>
      <w:r w:rsidRPr="008A79C3">
        <w:rPr>
          <w:b/>
          <w:sz w:val="24"/>
          <w:szCs w:val="24"/>
        </w:rPr>
        <w:t>auch</w:t>
      </w:r>
      <w:proofErr w:type="spellEnd"/>
      <w:r w:rsidRPr="008A79C3">
        <w:rPr>
          <w:b/>
          <w:sz w:val="24"/>
          <w:szCs w:val="24"/>
        </w:rPr>
        <w:t xml:space="preserve"> für </w:t>
      </w:r>
      <w:proofErr w:type="spellStart"/>
      <w:r w:rsidRPr="008A79C3">
        <w:rPr>
          <w:b/>
          <w:sz w:val="24"/>
          <w:szCs w:val="24"/>
        </w:rPr>
        <w:t>Rückfragen</w:t>
      </w:r>
      <w:proofErr w:type="spellEnd"/>
      <w:r w:rsidRPr="008A79C3">
        <w:rPr>
          <w:b/>
          <w:sz w:val="24"/>
          <w:szCs w:val="24"/>
        </w:rPr>
        <w:t xml:space="preserve">): </w:t>
      </w:r>
      <w:sdt>
        <w:sdtPr>
          <w:rPr>
            <w:sz w:val="24"/>
            <w:szCs w:val="24"/>
          </w:rPr>
          <w:alias w:val="E-Mail-Adresse"/>
          <w:tag w:val="email"/>
          <w:id w:val="-897972573"/>
          <w:text/>
        </w:sdtPr>
        <w:sdtEndPr/>
        <w:sdtContent>
          <w:r w:rsidRPr="008A79C3">
            <w:rPr>
              <w:sz w:val="24"/>
              <w:szCs w:val="24"/>
              <w:shd w:val="clear" w:color="auto" w:fill="EDEDED"/>
            </w:rPr>
            <w:t>Hier E-Mail-</w:t>
          </w:r>
          <w:proofErr w:type="spellStart"/>
          <w:r w:rsidRPr="008A79C3">
            <w:rPr>
              <w:sz w:val="24"/>
              <w:szCs w:val="24"/>
              <w:shd w:val="clear" w:color="auto" w:fill="EDEDED"/>
            </w:rPr>
            <w:t>Adresse</w:t>
          </w:r>
          <w:proofErr w:type="spellEnd"/>
          <w:r w:rsidRPr="008A79C3">
            <w:rPr>
              <w:sz w:val="24"/>
              <w:szCs w:val="24"/>
              <w:shd w:val="clear" w:color="auto" w:fill="EDEDED"/>
            </w:rPr>
            <w:t xml:space="preserve"> </w:t>
          </w:r>
          <w:proofErr w:type="spellStart"/>
          <w:r w:rsidRPr="008A79C3">
            <w:rPr>
              <w:sz w:val="24"/>
              <w:szCs w:val="24"/>
              <w:shd w:val="clear" w:color="auto" w:fill="EDEDED"/>
            </w:rPr>
            <w:t>eingeben</w:t>
          </w:r>
          <w:proofErr w:type="spellEnd"/>
        </w:sdtContent>
      </w:sdt>
    </w:p>
    <w:p w14:paraId="7BAE0D0F" w14:textId="15997E1B" w:rsidR="005B388D" w:rsidRPr="008A79C3" w:rsidRDefault="00640E52">
      <w:pPr>
        <w:pStyle w:val="berschrift1"/>
        <w:rPr>
          <w:color w:val="7030A0"/>
          <w:sz w:val="32"/>
          <w:szCs w:val="32"/>
        </w:rPr>
      </w:pPr>
      <w:r w:rsidRPr="008A79C3">
        <w:rPr>
          <w:color w:val="7030A0"/>
          <w:sz w:val="32"/>
          <w:szCs w:val="32"/>
        </w:rPr>
        <w:t xml:space="preserve">Art der </w:t>
      </w:r>
      <w:proofErr w:type="spellStart"/>
      <w:r w:rsidRPr="008A79C3">
        <w:rPr>
          <w:color w:val="7030A0"/>
          <w:sz w:val="32"/>
          <w:szCs w:val="32"/>
        </w:rPr>
        <w:t>Teilnahme</w:t>
      </w:r>
      <w:proofErr w:type="spellEnd"/>
    </w:p>
    <w:p w14:paraId="5F37EA6A" w14:textId="5B2300A8" w:rsidR="005B388D" w:rsidRPr="008A79C3" w:rsidRDefault="00640E52">
      <w:pPr>
        <w:rPr>
          <w:sz w:val="24"/>
          <w:szCs w:val="24"/>
        </w:rPr>
      </w:pPr>
      <w:sdt>
        <w:sdtPr>
          <w:rPr>
            <w:sz w:val="24"/>
            <w:szCs w:val="24"/>
          </w:rPr>
          <w:alias w:val="Teilnahme vor Ort"/>
          <w:tag w:val="teilnahme_vor_ort"/>
          <w:id w:val="-282633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572A" w:rsidRPr="008A79C3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Pr="008A79C3">
        <w:rPr>
          <w:sz w:val="24"/>
          <w:szCs w:val="24"/>
        </w:rPr>
        <w:t xml:space="preserve"> Ich </w:t>
      </w:r>
      <w:proofErr w:type="spellStart"/>
      <w:r w:rsidRPr="008A79C3">
        <w:rPr>
          <w:sz w:val="24"/>
          <w:szCs w:val="24"/>
        </w:rPr>
        <w:t>nehme</w:t>
      </w:r>
      <w:proofErr w:type="spellEnd"/>
      <w:r w:rsidRPr="008A79C3">
        <w:rPr>
          <w:sz w:val="24"/>
          <w:szCs w:val="24"/>
        </w:rPr>
        <w:t xml:space="preserve"> </w:t>
      </w:r>
      <w:proofErr w:type="spellStart"/>
      <w:r w:rsidRPr="008A79C3">
        <w:rPr>
          <w:sz w:val="24"/>
          <w:szCs w:val="24"/>
        </w:rPr>
        <w:t>vor</w:t>
      </w:r>
      <w:proofErr w:type="spellEnd"/>
      <w:r w:rsidRPr="008A79C3">
        <w:rPr>
          <w:sz w:val="24"/>
          <w:szCs w:val="24"/>
        </w:rPr>
        <w:t xml:space="preserve"> Ort in der </w:t>
      </w:r>
      <w:proofErr w:type="spellStart"/>
      <w:r w:rsidRPr="008A79C3">
        <w:rPr>
          <w:sz w:val="24"/>
          <w:szCs w:val="24"/>
        </w:rPr>
        <w:t>Hansastraße</w:t>
      </w:r>
      <w:proofErr w:type="spellEnd"/>
      <w:r w:rsidRPr="008A79C3">
        <w:rPr>
          <w:sz w:val="24"/>
          <w:szCs w:val="24"/>
        </w:rPr>
        <w:t xml:space="preserve"> 40 in München teil.</w:t>
      </w:r>
    </w:p>
    <w:p w14:paraId="7DFA04EB" w14:textId="77777777" w:rsidR="005B388D" w:rsidRPr="008A79C3" w:rsidRDefault="00640E52">
      <w:pPr>
        <w:rPr>
          <w:sz w:val="24"/>
          <w:szCs w:val="24"/>
        </w:rPr>
      </w:pPr>
      <w:sdt>
        <w:sdtPr>
          <w:rPr>
            <w:sz w:val="24"/>
            <w:szCs w:val="24"/>
          </w:rPr>
          <w:alias w:val="Teilnahme online"/>
          <w:tag w:val="teilnahme_online"/>
          <w:id w:val="-1474422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A79C3">
            <w:rPr>
              <w:sz w:val="24"/>
              <w:szCs w:val="24"/>
            </w:rPr>
            <w:t>☐</w:t>
          </w:r>
        </w:sdtContent>
      </w:sdt>
      <w:r w:rsidRPr="008A79C3">
        <w:rPr>
          <w:sz w:val="24"/>
          <w:szCs w:val="24"/>
        </w:rPr>
        <w:t xml:space="preserve"> Ich </w:t>
      </w:r>
      <w:proofErr w:type="spellStart"/>
      <w:r w:rsidRPr="008A79C3">
        <w:rPr>
          <w:sz w:val="24"/>
          <w:szCs w:val="24"/>
        </w:rPr>
        <w:t>nehme</w:t>
      </w:r>
      <w:proofErr w:type="spellEnd"/>
      <w:r w:rsidRPr="008A79C3">
        <w:rPr>
          <w:sz w:val="24"/>
          <w:szCs w:val="24"/>
        </w:rPr>
        <w:t xml:space="preserve"> digital </w:t>
      </w:r>
      <w:proofErr w:type="spellStart"/>
      <w:r w:rsidRPr="008A79C3">
        <w:rPr>
          <w:sz w:val="24"/>
          <w:szCs w:val="24"/>
        </w:rPr>
        <w:t>über</w:t>
      </w:r>
      <w:proofErr w:type="spellEnd"/>
      <w:r w:rsidRPr="008A79C3">
        <w:rPr>
          <w:sz w:val="24"/>
          <w:szCs w:val="24"/>
        </w:rPr>
        <w:t xml:space="preserve"> Webex teil.</w:t>
      </w:r>
    </w:p>
    <w:p w14:paraId="34EEFFB5" w14:textId="77777777" w:rsidR="005B388D" w:rsidRPr="008A79C3" w:rsidRDefault="00640E52">
      <w:pPr>
        <w:rPr>
          <w:sz w:val="24"/>
          <w:szCs w:val="24"/>
        </w:rPr>
      </w:pPr>
      <w:proofErr w:type="spellStart"/>
      <w:r w:rsidRPr="008A79C3">
        <w:rPr>
          <w:b/>
          <w:sz w:val="24"/>
          <w:szCs w:val="24"/>
        </w:rPr>
        <w:t>Hinweis</w:t>
      </w:r>
      <w:proofErr w:type="spellEnd"/>
      <w:r w:rsidRPr="008A79C3">
        <w:rPr>
          <w:b/>
          <w:sz w:val="24"/>
          <w:szCs w:val="24"/>
        </w:rPr>
        <w:t xml:space="preserve">: </w:t>
      </w:r>
      <w:proofErr w:type="spellStart"/>
      <w:r w:rsidRPr="008A79C3">
        <w:rPr>
          <w:sz w:val="24"/>
          <w:szCs w:val="24"/>
        </w:rPr>
        <w:t>Angemeldete</w:t>
      </w:r>
      <w:proofErr w:type="spellEnd"/>
      <w:r w:rsidRPr="008A79C3">
        <w:rPr>
          <w:sz w:val="24"/>
          <w:szCs w:val="24"/>
        </w:rPr>
        <w:t xml:space="preserve"> </w:t>
      </w:r>
      <w:proofErr w:type="spellStart"/>
      <w:r w:rsidRPr="008A79C3">
        <w:rPr>
          <w:sz w:val="24"/>
          <w:szCs w:val="24"/>
        </w:rPr>
        <w:t>Online-Teilnehmer:innen</w:t>
      </w:r>
      <w:proofErr w:type="spellEnd"/>
      <w:r w:rsidRPr="008A79C3">
        <w:rPr>
          <w:sz w:val="24"/>
          <w:szCs w:val="24"/>
        </w:rPr>
        <w:t xml:space="preserve"> </w:t>
      </w:r>
      <w:proofErr w:type="spellStart"/>
      <w:r w:rsidRPr="008A79C3">
        <w:rPr>
          <w:sz w:val="24"/>
          <w:szCs w:val="24"/>
        </w:rPr>
        <w:t>erhalten</w:t>
      </w:r>
      <w:proofErr w:type="spellEnd"/>
      <w:r w:rsidRPr="008A79C3">
        <w:rPr>
          <w:sz w:val="24"/>
          <w:szCs w:val="24"/>
        </w:rPr>
        <w:t xml:space="preserve"> den Webex-Link </w:t>
      </w:r>
      <w:proofErr w:type="spellStart"/>
      <w:r w:rsidRPr="008A79C3">
        <w:rPr>
          <w:sz w:val="24"/>
          <w:szCs w:val="24"/>
        </w:rPr>
        <w:t>vor</w:t>
      </w:r>
      <w:proofErr w:type="spellEnd"/>
      <w:r w:rsidRPr="008A79C3">
        <w:rPr>
          <w:sz w:val="24"/>
          <w:szCs w:val="24"/>
        </w:rPr>
        <w:t xml:space="preserve"> dem Plenum per E-Mail.</w:t>
      </w:r>
    </w:p>
    <w:p w14:paraId="4FD49686" w14:textId="77777777" w:rsidR="005B388D" w:rsidRPr="008A79C3" w:rsidRDefault="00640E52">
      <w:pPr>
        <w:pStyle w:val="berschrift1"/>
        <w:rPr>
          <w:sz w:val="32"/>
          <w:szCs w:val="32"/>
        </w:rPr>
      </w:pPr>
      <w:proofErr w:type="spellStart"/>
      <w:r w:rsidRPr="008A79C3">
        <w:rPr>
          <w:color w:val="7030A0"/>
          <w:sz w:val="32"/>
          <w:szCs w:val="32"/>
        </w:rPr>
        <w:t>Teilnahme</w:t>
      </w:r>
      <w:proofErr w:type="spellEnd"/>
      <w:r w:rsidRPr="008A79C3">
        <w:rPr>
          <w:color w:val="7030A0"/>
          <w:sz w:val="32"/>
          <w:szCs w:val="32"/>
        </w:rPr>
        <w:t xml:space="preserve"> am Plenum</w:t>
      </w:r>
    </w:p>
    <w:p w14:paraId="299F6F5E" w14:textId="6CBBEC69" w:rsidR="005B388D" w:rsidRPr="008A79C3" w:rsidRDefault="00640E52">
      <w:pPr>
        <w:rPr>
          <w:sz w:val="24"/>
          <w:szCs w:val="24"/>
        </w:rPr>
      </w:pPr>
      <w:sdt>
        <w:sdtPr>
          <w:rPr>
            <w:sz w:val="24"/>
            <w:szCs w:val="24"/>
          </w:rPr>
          <w:alias w:val="Stimmberechtigte Netzwerkfrau"/>
          <w:tag w:val="stimmberechtigt"/>
          <w:id w:val="-922793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A79C3">
            <w:rPr>
              <w:sz w:val="24"/>
              <w:szCs w:val="24"/>
            </w:rPr>
            <w:t>☐</w:t>
          </w:r>
        </w:sdtContent>
      </w:sdt>
      <w:r w:rsidRPr="008A79C3">
        <w:rPr>
          <w:sz w:val="24"/>
          <w:szCs w:val="24"/>
        </w:rPr>
        <w:t xml:space="preserve"> Ich </w:t>
      </w:r>
      <w:proofErr w:type="spellStart"/>
      <w:r w:rsidRPr="008A79C3">
        <w:rPr>
          <w:sz w:val="24"/>
          <w:szCs w:val="24"/>
        </w:rPr>
        <w:t>nehme</w:t>
      </w:r>
      <w:proofErr w:type="spellEnd"/>
      <w:r w:rsidRPr="008A79C3">
        <w:rPr>
          <w:sz w:val="24"/>
          <w:szCs w:val="24"/>
        </w:rPr>
        <w:t xml:space="preserve"> </w:t>
      </w:r>
      <w:proofErr w:type="spellStart"/>
      <w:r w:rsidRPr="008A79C3">
        <w:rPr>
          <w:sz w:val="24"/>
          <w:szCs w:val="24"/>
        </w:rPr>
        <w:t>als</w:t>
      </w:r>
      <w:proofErr w:type="spellEnd"/>
      <w:r w:rsidRPr="008A79C3">
        <w:rPr>
          <w:sz w:val="24"/>
          <w:szCs w:val="24"/>
        </w:rPr>
        <w:t xml:space="preserve"> </w:t>
      </w:r>
      <w:proofErr w:type="spellStart"/>
      <w:r w:rsidRPr="008A79C3">
        <w:rPr>
          <w:sz w:val="24"/>
          <w:szCs w:val="24"/>
        </w:rPr>
        <w:t>stimmberechtigte</w:t>
      </w:r>
      <w:proofErr w:type="spellEnd"/>
      <w:r w:rsidRPr="008A79C3">
        <w:rPr>
          <w:sz w:val="24"/>
          <w:szCs w:val="24"/>
        </w:rPr>
        <w:t xml:space="preserve"> </w:t>
      </w:r>
      <w:proofErr w:type="spellStart"/>
      <w:r w:rsidRPr="008A79C3">
        <w:rPr>
          <w:sz w:val="24"/>
          <w:szCs w:val="24"/>
        </w:rPr>
        <w:t>Netzwerkfrau</w:t>
      </w:r>
      <w:proofErr w:type="spellEnd"/>
      <w:r w:rsidRPr="008A79C3">
        <w:rPr>
          <w:sz w:val="24"/>
          <w:szCs w:val="24"/>
        </w:rPr>
        <w:t xml:space="preserve"> teil.</w:t>
      </w:r>
    </w:p>
    <w:p w14:paraId="5E0529E7" w14:textId="77777777" w:rsidR="005B388D" w:rsidRPr="008A79C3" w:rsidRDefault="00640E52">
      <w:pPr>
        <w:rPr>
          <w:sz w:val="24"/>
          <w:szCs w:val="24"/>
        </w:rPr>
      </w:pPr>
      <w:sdt>
        <w:sdtPr>
          <w:rPr>
            <w:sz w:val="24"/>
            <w:szCs w:val="24"/>
          </w:rPr>
          <w:alias w:val="Unterstützer:in oder interessiert"/>
          <w:tag w:val="unterstuetzung_interesse"/>
          <w:id w:val="2397635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A79C3">
            <w:rPr>
              <w:sz w:val="24"/>
              <w:szCs w:val="24"/>
            </w:rPr>
            <w:t>☐</w:t>
          </w:r>
        </w:sdtContent>
      </w:sdt>
      <w:r w:rsidRPr="008A79C3">
        <w:rPr>
          <w:sz w:val="24"/>
          <w:szCs w:val="24"/>
        </w:rPr>
        <w:t xml:space="preserve"> Ich </w:t>
      </w:r>
      <w:proofErr w:type="spellStart"/>
      <w:r w:rsidRPr="008A79C3">
        <w:rPr>
          <w:sz w:val="24"/>
          <w:szCs w:val="24"/>
        </w:rPr>
        <w:t>nehme</w:t>
      </w:r>
      <w:proofErr w:type="spellEnd"/>
      <w:r w:rsidRPr="008A79C3">
        <w:rPr>
          <w:sz w:val="24"/>
          <w:szCs w:val="24"/>
        </w:rPr>
        <w:t xml:space="preserve"> </w:t>
      </w:r>
      <w:proofErr w:type="spellStart"/>
      <w:r w:rsidRPr="008A79C3">
        <w:rPr>
          <w:sz w:val="24"/>
          <w:szCs w:val="24"/>
        </w:rPr>
        <w:t>als</w:t>
      </w:r>
      <w:proofErr w:type="spellEnd"/>
      <w:r w:rsidRPr="008A79C3">
        <w:rPr>
          <w:sz w:val="24"/>
          <w:szCs w:val="24"/>
        </w:rPr>
        <w:t xml:space="preserve"> </w:t>
      </w:r>
      <w:proofErr w:type="spellStart"/>
      <w:r w:rsidRPr="008A79C3">
        <w:rPr>
          <w:sz w:val="24"/>
          <w:szCs w:val="24"/>
        </w:rPr>
        <w:t>Unterstützer:in</w:t>
      </w:r>
      <w:proofErr w:type="spellEnd"/>
      <w:r w:rsidRPr="008A79C3">
        <w:rPr>
          <w:sz w:val="24"/>
          <w:szCs w:val="24"/>
        </w:rPr>
        <w:t xml:space="preserve"> des </w:t>
      </w:r>
      <w:proofErr w:type="spellStart"/>
      <w:r w:rsidRPr="008A79C3">
        <w:rPr>
          <w:sz w:val="24"/>
          <w:szCs w:val="24"/>
        </w:rPr>
        <w:t>Netzwerks</w:t>
      </w:r>
      <w:proofErr w:type="spellEnd"/>
      <w:r w:rsidRPr="008A79C3">
        <w:rPr>
          <w:sz w:val="24"/>
          <w:szCs w:val="24"/>
        </w:rPr>
        <w:t xml:space="preserve"> </w:t>
      </w:r>
      <w:proofErr w:type="spellStart"/>
      <w:r w:rsidRPr="008A79C3">
        <w:rPr>
          <w:sz w:val="24"/>
          <w:szCs w:val="24"/>
        </w:rPr>
        <w:t>oder</w:t>
      </w:r>
      <w:proofErr w:type="spellEnd"/>
      <w:r w:rsidRPr="008A79C3">
        <w:rPr>
          <w:sz w:val="24"/>
          <w:szCs w:val="24"/>
        </w:rPr>
        <w:t xml:space="preserve"> </w:t>
      </w:r>
      <w:proofErr w:type="spellStart"/>
      <w:r w:rsidRPr="008A79C3">
        <w:rPr>
          <w:sz w:val="24"/>
          <w:szCs w:val="24"/>
        </w:rPr>
        <w:t>als</w:t>
      </w:r>
      <w:proofErr w:type="spellEnd"/>
      <w:r w:rsidRPr="008A79C3">
        <w:rPr>
          <w:sz w:val="24"/>
          <w:szCs w:val="24"/>
        </w:rPr>
        <w:t xml:space="preserve"> </w:t>
      </w:r>
      <w:proofErr w:type="spellStart"/>
      <w:r w:rsidRPr="008A79C3">
        <w:rPr>
          <w:sz w:val="24"/>
          <w:szCs w:val="24"/>
        </w:rPr>
        <w:t>interessierte</w:t>
      </w:r>
      <w:proofErr w:type="spellEnd"/>
      <w:r w:rsidRPr="008A79C3">
        <w:rPr>
          <w:sz w:val="24"/>
          <w:szCs w:val="24"/>
        </w:rPr>
        <w:t xml:space="preserve"> Person teil.</w:t>
      </w:r>
    </w:p>
    <w:p w14:paraId="66BE371A" w14:textId="77777777" w:rsidR="005B388D" w:rsidRPr="008A79C3" w:rsidRDefault="00640E52">
      <w:pPr>
        <w:rPr>
          <w:sz w:val="24"/>
          <w:szCs w:val="24"/>
        </w:rPr>
      </w:pPr>
      <w:proofErr w:type="spellStart"/>
      <w:r w:rsidRPr="008A79C3">
        <w:rPr>
          <w:sz w:val="24"/>
          <w:szCs w:val="24"/>
        </w:rPr>
        <w:t>Stimmberechtigt</w:t>
      </w:r>
      <w:proofErr w:type="spellEnd"/>
      <w:r w:rsidRPr="008A79C3">
        <w:rPr>
          <w:sz w:val="24"/>
          <w:szCs w:val="24"/>
        </w:rPr>
        <w:t xml:space="preserve"> </w:t>
      </w:r>
      <w:proofErr w:type="spellStart"/>
      <w:r w:rsidRPr="008A79C3">
        <w:rPr>
          <w:sz w:val="24"/>
          <w:szCs w:val="24"/>
        </w:rPr>
        <w:t>sind</w:t>
      </w:r>
      <w:proofErr w:type="spellEnd"/>
      <w:r w:rsidRPr="008A79C3">
        <w:rPr>
          <w:sz w:val="24"/>
          <w:szCs w:val="24"/>
        </w:rPr>
        <w:t xml:space="preserve"> Frauen und Mädchen </w:t>
      </w:r>
      <w:proofErr w:type="spellStart"/>
      <w:r w:rsidRPr="008A79C3">
        <w:rPr>
          <w:sz w:val="24"/>
          <w:szCs w:val="24"/>
        </w:rPr>
        <w:t>mit</w:t>
      </w:r>
      <w:proofErr w:type="spellEnd"/>
      <w:r w:rsidRPr="008A79C3">
        <w:rPr>
          <w:sz w:val="24"/>
          <w:szCs w:val="24"/>
        </w:rPr>
        <w:t xml:space="preserve"> </w:t>
      </w:r>
      <w:proofErr w:type="spellStart"/>
      <w:r w:rsidRPr="008A79C3">
        <w:rPr>
          <w:sz w:val="24"/>
          <w:szCs w:val="24"/>
        </w:rPr>
        <w:t>Behinderung</w:t>
      </w:r>
      <w:proofErr w:type="spellEnd"/>
      <w:r w:rsidRPr="008A79C3">
        <w:rPr>
          <w:sz w:val="24"/>
          <w:szCs w:val="24"/>
        </w:rPr>
        <w:t xml:space="preserve"> </w:t>
      </w:r>
      <w:proofErr w:type="spellStart"/>
      <w:r w:rsidRPr="008A79C3">
        <w:rPr>
          <w:sz w:val="24"/>
          <w:szCs w:val="24"/>
        </w:rPr>
        <w:t>oder</w:t>
      </w:r>
      <w:proofErr w:type="spellEnd"/>
      <w:r w:rsidRPr="008A79C3">
        <w:rPr>
          <w:sz w:val="24"/>
          <w:szCs w:val="24"/>
        </w:rPr>
        <w:t xml:space="preserve"> </w:t>
      </w:r>
      <w:proofErr w:type="spellStart"/>
      <w:r w:rsidRPr="008A79C3">
        <w:rPr>
          <w:sz w:val="24"/>
          <w:szCs w:val="24"/>
        </w:rPr>
        <w:t>chronischer</w:t>
      </w:r>
      <w:proofErr w:type="spellEnd"/>
      <w:r w:rsidRPr="008A79C3">
        <w:rPr>
          <w:sz w:val="24"/>
          <w:szCs w:val="24"/>
        </w:rPr>
        <w:t xml:space="preserve"> </w:t>
      </w:r>
      <w:proofErr w:type="spellStart"/>
      <w:r w:rsidRPr="008A79C3">
        <w:rPr>
          <w:sz w:val="24"/>
          <w:szCs w:val="24"/>
        </w:rPr>
        <w:t>Erkrankung</w:t>
      </w:r>
      <w:proofErr w:type="spellEnd"/>
      <w:r w:rsidRPr="008A79C3">
        <w:rPr>
          <w:sz w:val="24"/>
          <w:szCs w:val="24"/>
        </w:rPr>
        <w:t xml:space="preserve">, die in Bayern </w:t>
      </w:r>
      <w:proofErr w:type="spellStart"/>
      <w:r w:rsidRPr="008A79C3">
        <w:rPr>
          <w:sz w:val="24"/>
          <w:szCs w:val="24"/>
        </w:rPr>
        <w:t>wohnen</w:t>
      </w:r>
      <w:proofErr w:type="spellEnd"/>
      <w:r w:rsidRPr="008A79C3">
        <w:rPr>
          <w:sz w:val="24"/>
          <w:szCs w:val="24"/>
        </w:rPr>
        <w:t>.</w:t>
      </w:r>
    </w:p>
    <w:p w14:paraId="2A54CA65" w14:textId="77777777" w:rsidR="005B388D" w:rsidRPr="008A79C3" w:rsidRDefault="00640E52">
      <w:pPr>
        <w:pStyle w:val="berschrift1"/>
        <w:rPr>
          <w:color w:val="7030A0"/>
          <w:sz w:val="32"/>
          <w:szCs w:val="32"/>
        </w:rPr>
      </w:pPr>
      <w:proofErr w:type="spellStart"/>
      <w:r w:rsidRPr="008A79C3">
        <w:rPr>
          <w:color w:val="7030A0"/>
          <w:sz w:val="32"/>
          <w:szCs w:val="32"/>
        </w:rPr>
        <w:t>Barrierefreiheit</w:t>
      </w:r>
      <w:proofErr w:type="spellEnd"/>
      <w:r w:rsidRPr="008A79C3">
        <w:rPr>
          <w:color w:val="7030A0"/>
          <w:sz w:val="32"/>
          <w:szCs w:val="32"/>
        </w:rPr>
        <w:t xml:space="preserve"> und </w:t>
      </w:r>
      <w:proofErr w:type="spellStart"/>
      <w:r w:rsidRPr="008A79C3">
        <w:rPr>
          <w:color w:val="7030A0"/>
          <w:sz w:val="32"/>
          <w:szCs w:val="32"/>
        </w:rPr>
        <w:t>Unterstützung</w:t>
      </w:r>
      <w:proofErr w:type="spellEnd"/>
    </w:p>
    <w:p w14:paraId="11E55864" w14:textId="77777777" w:rsidR="005B388D" w:rsidRPr="008A79C3" w:rsidRDefault="00640E52">
      <w:pPr>
        <w:rPr>
          <w:sz w:val="24"/>
          <w:szCs w:val="24"/>
        </w:rPr>
      </w:pPr>
      <w:sdt>
        <w:sdtPr>
          <w:rPr>
            <w:sz w:val="24"/>
            <w:szCs w:val="24"/>
          </w:rPr>
          <w:alias w:val="Kommt im Rollstuhl"/>
          <w:tag w:val="rollstuhl"/>
          <w:id w:val="1291332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A79C3">
            <w:rPr>
              <w:sz w:val="24"/>
              <w:szCs w:val="24"/>
            </w:rPr>
            <w:t>☐</w:t>
          </w:r>
        </w:sdtContent>
      </w:sdt>
      <w:r w:rsidRPr="008A79C3">
        <w:rPr>
          <w:sz w:val="24"/>
          <w:szCs w:val="24"/>
        </w:rPr>
        <w:t xml:space="preserve"> Ich </w:t>
      </w:r>
      <w:proofErr w:type="spellStart"/>
      <w:r w:rsidRPr="008A79C3">
        <w:rPr>
          <w:sz w:val="24"/>
          <w:szCs w:val="24"/>
        </w:rPr>
        <w:t>komme</w:t>
      </w:r>
      <w:proofErr w:type="spellEnd"/>
      <w:r w:rsidRPr="008A79C3">
        <w:rPr>
          <w:sz w:val="24"/>
          <w:szCs w:val="24"/>
        </w:rPr>
        <w:t xml:space="preserve"> </w:t>
      </w:r>
      <w:proofErr w:type="spellStart"/>
      <w:r w:rsidRPr="008A79C3">
        <w:rPr>
          <w:sz w:val="24"/>
          <w:szCs w:val="24"/>
        </w:rPr>
        <w:t>im</w:t>
      </w:r>
      <w:proofErr w:type="spellEnd"/>
      <w:r w:rsidRPr="008A79C3">
        <w:rPr>
          <w:sz w:val="24"/>
          <w:szCs w:val="24"/>
        </w:rPr>
        <w:t xml:space="preserve"> </w:t>
      </w:r>
      <w:proofErr w:type="spellStart"/>
      <w:r w:rsidRPr="008A79C3">
        <w:rPr>
          <w:sz w:val="24"/>
          <w:szCs w:val="24"/>
        </w:rPr>
        <w:t>Rollstuhl</w:t>
      </w:r>
      <w:proofErr w:type="spellEnd"/>
      <w:r w:rsidRPr="008A79C3">
        <w:rPr>
          <w:sz w:val="24"/>
          <w:szCs w:val="24"/>
        </w:rPr>
        <w:t>.</w:t>
      </w:r>
    </w:p>
    <w:p w14:paraId="1D28A3A2" w14:textId="77777777" w:rsidR="005B388D" w:rsidRPr="008A79C3" w:rsidRDefault="00640E52">
      <w:pPr>
        <w:rPr>
          <w:sz w:val="24"/>
          <w:szCs w:val="24"/>
        </w:rPr>
      </w:pPr>
      <w:sdt>
        <w:sdtPr>
          <w:rPr>
            <w:sz w:val="24"/>
            <w:szCs w:val="24"/>
          </w:rPr>
          <w:alias w:val="Kommt mit Assistenz"/>
          <w:tag w:val="assistenz"/>
          <w:id w:val="19831151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A79C3">
            <w:rPr>
              <w:sz w:val="24"/>
              <w:szCs w:val="24"/>
            </w:rPr>
            <w:t>☐</w:t>
          </w:r>
        </w:sdtContent>
      </w:sdt>
      <w:r w:rsidRPr="008A79C3">
        <w:rPr>
          <w:sz w:val="24"/>
          <w:szCs w:val="24"/>
        </w:rPr>
        <w:t xml:space="preserve"> Ich </w:t>
      </w:r>
      <w:proofErr w:type="spellStart"/>
      <w:r w:rsidRPr="008A79C3">
        <w:rPr>
          <w:sz w:val="24"/>
          <w:szCs w:val="24"/>
        </w:rPr>
        <w:t>komme</w:t>
      </w:r>
      <w:proofErr w:type="spellEnd"/>
      <w:r w:rsidRPr="008A79C3">
        <w:rPr>
          <w:sz w:val="24"/>
          <w:szCs w:val="24"/>
        </w:rPr>
        <w:t xml:space="preserve"> </w:t>
      </w:r>
      <w:proofErr w:type="spellStart"/>
      <w:r w:rsidRPr="008A79C3">
        <w:rPr>
          <w:sz w:val="24"/>
          <w:szCs w:val="24"/>
        </w:rPr>
        <w:t>mit</w:t>
      </w:r>
      <w:proofErr w:type="spellEnd"/>
      <w:r w:rsidRPr="008A79C3">
        <w:rPr>
          <w:sz w:val="24"/>
          <w:szCs w:val="24"/>
        </w:rPr>
        <w:t xml:space="preserve"> </w:t>
      </w:r>
      <w:proofErr w:type="spellStart"/>
      <w:r w:rsidRPr="008A79C3">
        <w:rPr>
          <w:sz w:val="24"/>
          <w:szCs w:val="24"/>
        </w:rPr>
        <w:t>Assistenz</w:t>
      </w:r>
      <w:proofErr w:type="spellEnd"/>
      <w:r w:rsidRPr="008A79C3">
        <w:rPr>
          <w:sz w:val="24"/>
          <w:szCs w:val="24"/>
        </w:rPr>
        <w:t>.</w:t>
      </w:r>
    </w:p>
    <w:p w14:paraId="580A36DC" w14:textId="77777777" w:rsidR="005B388D" w:rsidRPr="008A79C3" w:rsidRDefault="00640E52">
      <w:pPr>
        <w:rPr>
          <w:sz w:val="24"/>
          <w:szCs w:val="24"/>
        </w:rPr>
      </w:pPr>
      <w:sdt>
        <w:sdtPr>
          <w:rPr>
            <w:sz w:val="24"/>
            <w:szCs w:val="24"/>
          </w:rPr>
          <w:alias w:val="Assistenz nimmt am Mittagessen teil"/>
          <w:tag w:val="assistenz_mittagessen"/>
          <w:id w:val="9027249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A79C3">
            <w:rPr>
              <w:sz w:val="24"/>
              <w:szCs w:val="24"/>
            </w:rPr>
            <w:t>☐</w:t>
          </w:r>
        </w:sdtContent>
      </w:sdt>
      <w:r w:rsidRPr="008A79C3">
        <w:rPr>
          <w:sz w:val="24"/>
          <w:szCs w:val="24"/>
        </w:rPr>
        <w:t xml:space="preserve"> Meine </w:t>
      </w:r>
      <w:proofErr w:type="spellStart"/>
      <w:r w:rsidRPr="008A79C3">
        <w:rPr>
          <w:sz w:val="24"/>
          <w:szCs w:val="24"/>
        </w:rPr>
        <w:t>Assistenzperson</w:t>
      </w:r>
      <w:proofErr w:type="spellEnd"/>
      <w:r w:rsidRPr="008A79C3">
        <w:rPr>
          <w:sz w:val="24"/>
          <w:szCs w:val="24"/>
        </w:rPr>
        <w:t xml:space="preserve"> </w:t>
      </w:r>
      <w:proofErr w:type="spellStart"/>
      <w:r w:rsidRPr="008A79C3">
        <w:rPr>
          <w:sz w:val="24"/>
          <w:szCs w:val="24"/>
        </w:rPr>
        <w:t>nimmt</w:t>
      </w:r>
      <w:proofErr w:type="spellEnd"/>
      <w:r w:rsidRPr="008A79C3">
        <w:rPr>
          <w:sz w:val="24"/>
          <w:szCs w:val="24"/>
        </w:rPr>
        <w:t xml:space="preserve"> </w:t>
      </w:r>
      <w:proofErr w:type="spellStart"/>
      <w:r w:rsidRPr="008A79C3">
        <w:rPr>
          <w:sz w:val="24"/>
          <w:szCs w:val="24"/>
        </w:rPr>
        <w:t>ebenfalls</w:t>
      </w:r>
      <w:proofErr w:type="spellEnd"/>
      <w:r w:rsidRPr="008A79C3">
        <w:rPr>
          <w:sz w:val="24"/>
          <w:szCs w:val="24"/>
        </w:rPr>
        <w:t xml:space="preserve"> am </w:t>
      </w:r>
      <w:proofErr w:type="spellStart"/>
      <w:r w:rsidRPr="008A79C3">
        <w:rPr>
          <w:sz w:val="24"/>
          <w:szCs w:val="24"/>
        </w:rPr>
        <w:t>Mittagessen</w:t>
      </w:r>
      <w:proofErr w:type="spellEnd"/>
      <w:r w:rsidRPr="008A79C3">
        <w:rPr>
          <w:sz w:val="24"/>
          <w:szCs w:val="24"/>
        </w:rPr>
        <w:t xml:space="preserve"> teil.</w:t>
      </w:r>
    </w:p>
    <w:p w14:paraId="4AF527FD" w14:textId="77777777" w:rsidR="005B388D" w:rsidRPr="008A79C3" w:rsidRDefault="00640E52">
      <w:pPr>
        <w:rPr>
          <w:sz w:val="24"/>
          <w:szCs w:val="24"/>
        </w:rPr>
      </w:pPr>
      <w:r w:rsidRPr="008A79C3">
        <w:rPr>
          <w:b/>
          <w:sz w:val="24"/>
          <w:szCs w:val="24"/>
        </w:rPr>
        <w:t xml:space="preserve">Ich </w:t>
      </w:r>
      <w:proofErr w:type="spellStart"/>
      <w:r w:rsidRPr="008A79C3">
        <w:rPr>
          <w:b/>
          <w:sz w:val="24"/>
          <w:szCs w:val="24"/>
        </w:rPr>
        <w:t>benötige</w:t>
      </w:r>
      <w:proofErr w:type="spellEnd"/>
      <w:r w:rsidRPr="008A79C3">
        <w:rPr>
          <w:b/>
          <w:sz w:val="24"/>
          <w:szCs w:val="24"/>
        </w:rPr>
        <w:t xml:space="preserve"> </w:t>
      </w:r>
      <w:proofErr w:type="spellStart"/>
      <w:r w:rsidRPr="008A79C3">
        <w:rPr>
          <w:b/>
          <w:sz w:val="24"/>
          <w:szCs w:val="24"/>
        </w:rPr>
        <w:t>sonstige</w:t>
      </w:r>
      <w:proofErr w:type="spellEnd"/>
      <w:r w:rsidRPr="008A79C3">
        <w:rPr>
          <w:b/>
          <w:sz w:val="24"/>
          <w:szCs w:val="24"/>
        </w:rPr>
        <w:t xml:space="preserve"> </w:t>
      </w:r>
      <w:proofErr w:type="spellStart"/>
      <w:r w:rsidRPr="008A79C3">
        <w:rPr>
          <w:b/>
          <w:sz w:val="24"/>
          <w:szCs w:val="24"/>
        </w:rPr>
        <w:t>Unterstützung</w:t>
      </w:r>
      <w:proofErr w:type="spellEnd"/>
      <w:r w:rsidRPr="008A79C3">
        <w:rPr>
          <w:b/>
          <w:sz w:val="24"/>
          <w:szCs w:val="24"/>
        </w:rPr>
        <w:t xml:space="preserve"> </w:t>
      </w:r>
      <w:proofErr w:type="spellStart"/>
      <w:r w:rsidRPr="008A79C3">
        <w:rPr>
          <w:b/>
          <w:sz w:val="24"/>
          <w:szCs w:val="24"/>
        </w:rPr>
        <w:t>oder</w:t>
      </w:r>
      <w:proofErr w:type="spellEnd"/>
      <w:r w:rsidRPr="008A79C3">
        <w:rPr>
          <w:b/>
          <w:sz w:val="24"/>
          <w:szCs w:val="24"/>
        </w:rPr>
        <w:t xml:space="preserve"> </w:t>
      </w:r>
      <w:proofErr w:type="spellStart"/>
      <w:r w:rsidRPr="008A79C3">
        <w:rPr>
          <w:b/>
          <w:sz w:val="24"/>
          <w:szCs w:val="24"/>
        </w:rPr>
        <w:t>Barrierefreiheit</w:t>
      </w:r>
      <w:proofErr w:type="spellEnd"/>
      <w:r w:rsidRPr="008A79C3">
        <w:rPr>
          <w:b/>
          <w:sz w:val="24"/>
          <w:szCs w:val="24"/>
        </w:rPr>
        <w:t xml:space="preserve"> (z. B. </w:t>
      </w:r>
      <w:proofErr w:type="spellStart"/>
      <w:r w:rsidRPr="008A79C3">
        <w:rPr>
          <w:b/>
          <w:sz w:val="24"/>
          <w:szCs w:val="24"/>
        </w:rPr>
        <w:t>Leichte</w:t>
      </w:r>
      <w:proofErr w:type="spellEnd"/>
      <w:r w:rsidRPr="008A79C3">
        <w:rPr>
          <w:b/>
          <w:sz w:val="24"/>
          <w:szCs w:val="24"/>
        </w:rPr>
        <w:t xml:space="preserve"> </w:t>
      </w:r>
      <w:proofErr w:type="spellStart"/>
      <w:r w:rsidRPr="008A79C3">
        <w:rPr>
          <w:b/>
          <w:sz w:val="24"/>
          <w:szCs w:val="24"/>
        </w:rPr>
        <w:t>Sprache</w:t>
      </w:r>
      <w:proofErr w:type="spellEnd"/>
      <w:r w:rsidRPr="008A79C3">
        <w:rPr>
          <w:b/>
          <w:sz w:val="24"/>
          <w:szCs w:val="24"/>
        </w:rPr>
        <w:t xml:space="preserve">): </w:t>
      </w:r>
      <w:sdt>
        <w:sdtPr>
          <w:rPr>
            <w:sz w:val="24"/>
            <w:szCs w:val="24"/>
          </w:rPr>
          <w:alias w:val="Benötigte Unterstützung"/>
          <w:tag w:val="unterstuetzung"/>
          <w:id w:val="1947725801"/>
          <w:text/>
        </w:sdtPr>
        <w:sdtEndPr/>
        <w:sdtContent>
          <w:r w:rsidRPr="008A79C3">
            <w:rPr>
              <w:sz w:val="24"/>
              <w:szCs w:val="24"/>
              <w:shd w:val="clear" w:color="auto" w:fill="EDEDED"/>
            </w:rPr>
            <w:t xml:space="preserve">Hier </w:t>
          </w:r>
          <w:proofErr w:type="spellStart"/>
          <w:r w:rsidRPr="008A79C3">
            <w:rPr>
              <w:sz w:val="24"/>
              <w:szCs w:val="24"/>
              <w:shd w:val="clear" w:color="auto" w:fill="EDEDED"/>
            </w:rPr>
            <w:t>Unterstützung</w:t>
          </w:r>
          <w:proofErr w:type="spellEnd"/>
          <w:r w:rsidRPr="008A79C3">
            <w:rPr>
              <w:sz w:val="24"/>
              <w:szCs w:val="24"/>
              <w:shd w:val="clear" w:color="auto" w:fill="EDEDED"/>
            </w:rPr>
            <w:t xml:space="preserve"> </w:t>
          </w:r>
          <w:proofErr w:type="spellStart"/>
          <w:r w:rsidRPr="008A79C3">
            <w:rPr>
              <w:sz w:val="24"/>
              <w:szCs w:val="24"/>
              <w:shd w:val="clear" w:color="auto" w:fill="EDEDED"/>
            </w:rPr>
            <w:t>eintragen</w:t>
          </w:r>
          <w:proofErr w:type="spellEnd"/>
        </w:sdtContent>
      </w:sdt>
    </w:p>
    <w:p w14:paraId="6EC9A4DE" w14:textId="77777777" w:rsidR="00CB585E" w:rsidRPr="008A79C3" w:rsidRDefault="00CB585E">
      <w:pPr>
        <w:spacing w:after="200"/>
        <w:rPr>
          <w:color w:val="7030A0"/>
          <w:sz w:val="24"/>
          <w:szCs w:val="24"/>
        </w:rPr>
      </w:pPr>
    </w:p>
    <w:p w14:paraId="5C9E4862" w14:textId="77777777" w:rsidR="00CB585E" w:rsidRPr="008A79C3" w:rsidRDefault="00CB585E">
      <w:pPr>
        <w:spacing w:after="200"/>
        <w:rPr>
          <w:color w:val="7030A0"/>
          <w:sz w:val="24"/>
          <w:szCs w:val="24"/>
        </w:rPr>
      </w:pPr>
    </w:p>
    <w:p w14:paraId="15D1DC8F" w14:textId="04ADFB49" w:rsidR="005A2E46" w:rsidRPr="008A79C3" w:rsidRDefault="00CB585E" w:rsidP="00CB585E">
      <w:pPr>
        <w:spacing w:after="200"/>
        <w:jc w:val="right"/>
        <w:rPr>
          <w:color w:val="7030A0"/>
          <w:sz w:val="24"/>
          <w:szCs w:val="24"/>
        </w:rPr>
      </w:pPr>
      <w:proofErr w:type="spellStart"/>
      <w:r w:rsidRPr="008A79C3">
        <w:rPr>
          <w:color w:val="7030A0"/>
          <w:sz w:val="24"/>
          <w:szCs w:val="24"/>
        </w:rPr>
        <w:t>Bestellen</w:t>
      </w:r>
      <w:proofErr w:type="spellEnd"/>
      <w:r w:rsidRPr="008A79C3">
        <w:rPr>
          <w:color w:val="7030A0"/>
          <w:sz w:val="24"/>
          <w:szCs w:val="24"/>
        </w:rPr>
        <w:t xml:space="preserve"> Sie auf </w:t>
      </w:r>
      <w:proofErr w:type="spellStart"/>
      <w:r w:rsidRPr="008A79C3">
        <w:rPr>
          <w:color w:val="7030A0"/>
          <w:sz w:val="24"/>
          <w:szCs w:val="24"/>
        </w:rPr>
        <w:t>Seite</w:t>
      </w:r>
      <w:proofErr w:type="spellEnd"/>
      <w:r w:rsidRPr="008A79C3">
        <w:rPr>
          <w:color w:val="7030A0"/>
          <w:sz w:val="24"/>
          <w:szCs w:val="24"/>
        </w:rPr>
        <w:t xml:space="preserve"> 2 </w:t>
      </w:r>
      <w:proofErr w:type="spellStart"/>
      <w:r w:rsidRPr="008A79C3">
        <w:rPr>
          <w:color w:val="7030A0"/>
          <w:sz w:val="24"/>
          <w:szCs w:val="24"/>
        </w:rPr>
        <w:t>Ihr</w:t>
      </w:r>
      <w:proofErr w:type="spellEnd"/>
      <w:r w:rsidRPr="008A79C3">
        <w:rPr>
          <w:color w:val="7030A0"/>
          <w:sz w:val="24"/>
          <w:szCs w:val="24"/>
        </w:rPr>
        <w:t xml:space="preserve"> </w:t>
      </w:r>
      <w:proofErr w:type="spellStart"/>
      <w:r w:rsidRPr="008A79C3">
        <w:rPr>
          <w:color w:val="7030A0"/>
          <w:sz w:val="24"/>
          <w:szCs w:val="24"/>
        </w:rPr>
        <w:t>Mittagessen</w:t>
      </w:r>
      <w:proofErr w:type="spellEnd"/>
      <w:r w:rsidRPr="008A79C3">
        <w:rPr>
          <w:color w:val="7030A0"/>
          <w:sz w:val="24"/>
          <w:szCs w:val="24"/>
        </w:rPr>
        <w:t>!</w:t>
      </w:r>
    </w:p>
    <w:p w14:paraId="777D1414" w14:textId="13DEFC5C" w:rsidR="008A79C3" w:rsidRPr="008A79C3" w:rsidRDefault="00640E52" w:rsidP="008A79C3">
      <w:pPr>
        <w:pStyle w:val="berschrift1"/>
        <w:rPr>
          <w:color w:val="7030A0"/>
          <w:sz w:val="32"/>
          <w:szCs w:val="32"/>
        </w:rPr>
      </w:pPr>
      <w:proofErr w:type="spellStart"/>
      <w:r w:rsidRPr="008A79C3">
        <w:rPr>
          <w:color w:val="7030A0"/>
          <w:sz w:val="32"/>
          <w:szCs w:val="32"/>
        </w:rPr>
        <w:lastRenderedPageBreak/>
        <w:t>Mittagessen</w:t>
      </w:r>
      <w:proofErr w:type="spellEnd"/>
    </w:p>
    <w:p w14:paraId="57689418" w14:textId="1B82CDD6" w:rsidR="00F87122" w:rsidRPr="008A79C3" w:rsidRDefault="00640E52" w:rsidP="00F87122">
      <w:pPr>
        <w:rPr>
          <w:sz w:val="24"/>
          <w:szCs w:val="24"/>
        </w:rPr>
      </w:pPr>
      <w:r w:rsidRPr="008A79C3">
        <w:rPr>
          <w:sz w:val="24"/>
          <w:szCs w:val="24"/>
        </w:rPr>
        <w:t xml:space="preserve">Für die </w:t>
      </w:r>
      <w:proofErr w:type="spellStart"/>
      <w:r w:rsidRPr="008A79C3">
        <w:rPr>
          <w:sz w:val="24"/>
          <w:szCs w:val="24"/>
        </w:rPr>
        <w:t>Mittagspause</w:t>
      </w:r>
      <w:proofErr w:type="spellEnd"/>
      <w:r w:rsidRPr="008A79C3">
        <w:rPr>
          <w:sz w:val="24"/>
          <w:szCs w:val="24"/>
        </w:rPr>
        <w:t xml:space="preserve"> </w:t>
      </w:r>
      <w:proofErr w:type="spellStart"/>
      <w:r w:rsidR="00060FCD" w:rsidRPr="008A79C3">
        <w:rPr>
          <w:sz w:val="24"/>
          <w:szCs w:val="24"/>
        </w:rPr>
        <w:t>bestellen</w:t>
      </w:r>
      <w:proofErr w:type="spellEnd"/>
      <w:r w:rsidR="00060FCD" w:rsidRPr="008A79C3">
        <w:rPr>
          <w:sz w:val="24"/>
          <w:szCs w:val="24"/>
        </w:rPr>
        <w:t xml:space="preserve"> </w:t>
      </w:r>
      <w:proofErr w:type="spellStart"/>
      <w:r w:rsidR="00060FCD" w:rsidRPr="008A79C3">
        <w:rPr>
          <w:sz w:val="24"/>
          <w:szCs w:val="24"/>
        </w:rPr>
        <w:t>wir</w:t>
      </w:r>
      <w:proofErr w:type="spellEnd"/>
      <w:r w:rsidR="00060FCD" w:rsidRPr="008A79C3">
        <w:rPr>
          <w:sz w:val="24"/>
          <w:szCs w:val="24"/>
        </w:rPr>
        <w:t xml:space="preserve"> </w:t>
      </w:r>
      <w:proofErr w:type="spellStart"/>
      <w:r w:rsidR="00060FCD" w:rsidRPr="008A79C3">
        <w:rPr>
          <w:sz w:val="24"/>
          <w:szCs w:val="24"/>
        </w:rPr>
        <w:t>wieder</w:t>
      </w:r>
      <w:proofErr w:type="spellEnd"/>
      <w:r w:rsidR="00060FCD" w:rsidRPr="008A79C3">
        <w:rPr>
          <w:sz w:val="24"/>
          <w:szCs w:val="24"/>
        </w:rPr>
        <w:t xml:space="preserve"> Pizza. </w:t>
      </w:r>
      <w:r w:rsidR="00B37CF4" w:rsidRPr="008A79C3">
        <w:rPr>
          <w:sz w:val="24"/>
          <w:szCs w:val="24"/>
        </w:rPr>
        <w:br/>
      </w:r>
      <w:r w:rsidR="00060FCD" w:rsidRPr="008A79C3">
        <w:rPr>
          <w:sz w:val="24"/>
          <w:szCs w:val="24"/>
        </w:rPr>
        <w:t>Für</w:t>
      </w:r>
      <w:r w:rsidR="007957BF" w:rsidRPr="008A79C3">
        <w:rPr>
          <w:sz w:val="24"/>
          <w:szCs w:val="24"/>
        </w:rPr>
        <w:t xml:space="preserve"> </w:t>
      </w:r>
      <w:proofErr w:type="spellStart"/>
      <w:r w:rsidR="007957BF" w:rsidRPr="008A79C3">
        <w:rPr>
          <w:sz w:val="24"/>
          <w:szCs w:val="24"/>
        </w:rPr>
        <w:t>jeweils</w:t>
      </w:r>
      <w:proofErr w:type="spellEnd"/>
      <w:r w:rsidR="00060FCD" w:rsidRPr="008A79C3">
        <w:rPr>
          <w:sz w:val="24"/>
          <w:szCs w:val="24"/>
        </w:rPr>
        <w:t xml:space="preserve"> 5€ </w:t>
      </w:r>
      <w:proofErr w:type="spellStart"/>
      <w:r w:rsidR="00B37CF4" w:rsidRPr="008A79C3">
        <w:rPr>
          <w:sz w:val="24"/>
          <w:szCs w:val="24"/>
        </w:rPr>
        <w:t>Unkostenbeitrag</w:t>
      </w:r>
      <w:proofErr w:type="spellEnd"/>
      <w:r w:rsidR="00B37CF4" w:rsidRPr="008A79C3">
        <w:rPr>
          <w:sz w:val="24"/>
          <w:szCs w:val="24"/>
        </w:rPr>
        <w:t xml:space="preserve"> </w:t>
      </w:r>
      <w:proofErr w:type="spellStart"/>
      <w:r w:rsidR="00060FCD" w:rsidRPr="008A79C3">
        <w:rPr>
          <w:sz w:val="24"/>
          <w:szCs w:val="24"/>
        </w:rPr>
        <w:t>können</w:t>
      </w:r>
      <w:proofErr w:type="spellEnd"/>
      <w:r w:rsidR="00060FCD" w:rsidRPr="008A79C3">
        <w:rPr>
          <w:sz w:val="24"/>
          <w:szCs w:val="24"/>
        </w:rPr>
        <w:t xml:space="preserve"> Sie </w:t>
      </w:r>
      <w:proofErr w:type="spellStart"/>
      <w:r w:rsidR="007957BF" w:rsidRPr="008A79C3">
        <w:rPr>
          <w:sz w:val="24"/>
          <w:szCs w:val="24"/>
        </w:rPr>
        <w:t>eine</w:t>
      </w:r>
      <w:proofErr w:type="spellEnd"/>
      <w:r w:rsidR="007957BF" w:rsidRPr="008A79C3">
        <w:rPr>
          <w:sz w:val="24"/>
          <w:szCs w:val="24"/>
        </w:rPr>
        <w:t xml:space="preserve"> </w:t>
      </w:r>
      <w:proofErr w:type="spellStart"/>
      <w:r w:rsidR="004C1B33" w:rsidRPr="008A79C3">
        <w:rPr>
          <w:sz w:val="24"/>
          <w:szCs w:val="24"/>
        </w:rPr>
        <w:t>halbe</w:t>
      </w:r>
      <w:proofErr w:type="spellEnd"/>
      <w:r w:rsidR="004C1B33" w:rsidRPr="008A79C3">
        <w:rPr>
          <w:sz w:val="24"/>
          <w:szCs w:val="24"/>
        </w:rPr>
        <w:t xml:space="preserve"> Pizza </w:t>
      </w:r>
      <w:proofErr w:type="spellStart"/>
      <w:r w:rsidR="004C1B33" w:rsidRPr="008A79C3">
        <w:rPr>
          <w:sz w:val="24"/>
          <w:szCs w:val="24"/>
        </w:rPr>
        <w:t>kaufen</w:t>
      </w:r>
      <w:proofErr w:type="spellEnd"/>
      <w:r w:rsidR="004C1B33" w:rsidRPr="008A79C3">
        <w:rPr>
          <w:sz w:val="24"/>
          <w:szCs w:val="24"/>
        </w:rPr>
        <w:t>.</w:t>
      </w:r>
      <w:r w:rsidR="009438A3" w:rsidRPr="008A79C3">
        <w:rPr>
          <w:sz w:val="24"/>
          <w:szCs w:val="24"/>
        </w:rPr>
        <w:br/>
        <w:t xml:space="preserve">ACHTUNG: </w:t>
      </w:r>
      <w:r w:rsidR="00F87122" w:rsidRPr="008A79C3">
        <w:rPr>
          <w:sz w:val="24"/>
          <w:szCs w:val="24"/>
        </w:rPr>
        <w:br/>
        <w:t xml:space="preserve">Wir </w:t>
      </w:r>
      <w:proofErr w:type="spellStart"/>
      <w:r w:rsidR="00F87122" w:rsidRPr="008A79C3">
        <w:rPr>
          <w:sz w:val="24"/>
          <w:szCs w:val="24"/>
        </w:rPr>
        <w:t>versuchen</w:t>
      </w:r>
      <w:proofErr w:type="spellEnd"/>
      <w:r w:rsidR="00F87122" w:rsidRPr="008A79C3">
        <w:rPr>
          <w:sz w:val="24"/>
          <w:szCs w:val="24"/>
        </w:rPr>
        <w:t xml:space="preserve">, auf </w:t>
      </w:r>
      <w:proofErr w:type="spellStart"/>
      <w:r w:rsidR="00F87122" w:rsidRPr="008A79C3">
        <w:rPr>
          <w:sz w:val="24"/>
          <w:szCs w:val="24"/>
        </w:rPr>
        <w:t>Wünsche</w:t>
      </w:r>
      <w:proofErr w:type="spellEnd"/>
      <w:r w:rsidR="00F87122" w:rsidRPr="008A79C3">
        <w:rPr>
          <w:sz w:val="24"/>
          <w:szCs w:val="24"/>
        </w:rPr>
        <w:t xml:space="preserve"> </w:t>
      </w:r>
      <w:proofErr w:type="spellStart"/>
      <w:r w:rsidR="00F87122" w:rsidRPr="008A79C3">
        <w:rPr>
          <w:sz w:val="24"/>
          <w:szCs w:val="24"/>
        </w:rPr>
        <w:t>wie</w:t>
      </w:r>
      <w:proofErr w:type="spellEnd"/>
      <w:r w:rsidR="00F87122" w:rsidRPr="008A79C3">
        <w:rPr>
          <w:sz w:val="24"/>
          <w:szCs w:val="24"/>
        </w:rPr>
        <w:t xml:space="preserve"> </w:t>
      </w:r>
      <w:proofErr w:type="spellStart"/>
      <w:r w:rsidR="00F87122" w:rsidRPr="008A79C3">
        <w:rPr>
          <w:sz w:val="24"/>
          <w:szCs w:val="24"/>
        </w:rPr>
        <w:t>vegetarische</w:t>
      </w:r>
      <w:proofErr w:type="spellEnd"/>
      <w:r w:rsidR="00F87122" w:rsidRPr="008A79C3">
        <w:rPr>
          <w:sz w:val="24"/>
          <w:szCs w:val="24"/>
        </w:rPr>
        <w:t xml:space="preserve"> </w:t>
      </w:r>
      <w:proofErr w:type="spellStart"/>
      <w:r w:rsidR="00F87122" w:rsidRPr="008A79C3">
        <w:rPr>
          <w:sz w:val="24"/>
          <w:szCs w:val="24"/>
        </w:rPr>
        <w:t>Ernährung</w:t>
      </w:r>
      <w:proofErr w:type="spellEnd"/>
      <w:r w:rsidR="00F87122" w:rsidRPr="008A79C3">
        <w:rPr>
          <w:sz w:val="24"/>
          <w:szCs w:val="24"/>
        </w:rPr>
        <w:t xml:space="preserve"> </w:t>
      </w:r>
      <w:proofErr w:type="spellStart"/>
      <w:r w:rsidR="00F87122" w:rsidRPr="008A79C3">
        <w:rPr>
          <w:sz w:val="24"/>
          <w:szCs w:val="24"/>
        </w:rPr>
        <w:t>oder</w:t>
      </w:r>
      <w:proofErr w:type="spellEnd"/>
      <w:r w:rsidR="00F87122" w:rsidRPr="008A79C3">
        <w:rPr>
          <w:sz w:val="24"/>
          <w:szCs w:val="24"/>
        </w:rPr>
        <w:t xml:space="preserve"> </w:t>
      </w:r>
      <w:proofErr w:type="spellStart"/>
      <w:r w:rsidR="00F87122" w:rsidRPr="008A79C3">
        <w:rPr>
          <w:sz w:val="24"/>
          <w:szCs w:val="24"/>
        </w:rPr>
        <w:t>Allergien</w:t>
      </w:r>
      <w:proofErr w:type="spellEnd"/>
      <w:r w:rsidR="00F87122" w:rsidRPr="008A79C3">
        <w:rPr>
          <w:sz w:val="24"/>
          <w:szCs w:val="24"/>
        </w:rPr>
        <w:t xml:space="preserve"> </w:t>
      </w:r>
      <w:proofErr w:type="spellStart"/>
      <w:r w:rsidR="00F87122" w:rsidRPr="008A79C3">
        <w:rPr>
          <w:sz w:val="24"/>
          <w:szCs w:val="24"/>
        </w:rPr>
        <w:t>einzugehen</w:t>
      </w:r>
      <w:proofErr w:type="spellEnd"/>
      <w:r w:rsidR="00F87122" w:rsidRPr="008A79C3">
        <w:rPr>
          <w:sz w:val="24"/>
          <w:szCs w:val="24"/>
        </w:rPr>
        <w:t>.</w:t>
      </w:r>
    </w:p>
    <w:p w14:paraId="62063B34" w14:textId="77777777" w:rsidR="00F87122" w:rsidRPr="008A79C3" w:rsidRDefault="00F87122" w:rsidP="00F87122">
      <w:pPr>
        <w:rPr>
          <w:sz w:val="24"/>
          <w:szCs w:val="24"/>
        </w:rPr>
      </w:pPr>
      <w:r w:rsidRPr="008A79C3">
        <w:rPr>
          <w:sz w:val="24"/>
          <w:szCs w:val="24"/>
        </w:rPr>
        <w:t xml:space="preserve">Aber: </w:t>
      </w:r>
      <w:proofErr w:type="spellStart"/>
      <w:r w:rsidRPr="008A79C3">
        <w:rPr>
          <w:sz w:val="24"/>
          <w:szCs w:val="24"/>
        </w:rPr>
        <w:t>individuelle</w:t>
      </w:r>
      <w:proofErr w:type="spellEnd"/>
      <w:r w:rsidRPr="008A79C3">
        <w:rPr>
          <w:sz w:val="24"/>
          <w:szCs w:val="24"/>
        </w:rPr>
        <w:t xml:space="preserve"> </w:t>
      </w:r>
      <w:proofErr w:type="spellStart"/>
      <w:r w:rsidRPr="008A79C3">
        <w:rPr>
          <w:sz w:val="24"/>
          <w:szCs w:val="24"/>
        </w:rPr>
        <w:t>Bestellungen</w:t>
      </w:r>
      <w:proofErr w:type="spellEnd"/>
      <w:r w:rsidRPr="008A79C3">
        <w:rPr>
          <w:sz w:val="24"/>
          <w:szCs w:val="24"/>
        </w:rPr>
        <w:t xml:space="preserve"> </w:t>
      </w:r>
      <w:proofErr w:type="spellStart"/>
      <w:r w:rsidRPr="008A79C3">
        <w:rPr>
          <w:sz w:val="24"/>
          <w:szCs w:val="24"/>
        </w:rPr>
        <w:t>können</w:t>
      </w:r>
      <w:proofErr w:type="spellEnd"/>
      <w:r w:rsidRPr="008A79C3">
        <w:rPr>
          <w:sz w:val="24"/>
          <w:szCs w:val="24"/>
        </w:rPr>
        <w:t xml:space="preserve"> </w:t>
      </w:r>
      <w:proofErr w:type="spellStart"/>
      <w:r w:rsidRPr="008A79C3">
        <w:rPr>
          <w:sz w:val="24"/>
          <w:szCs w:val="24"/>
        </w:rPr>
        <w:t>wir</w:t>
      </w:r>
      <w:proofErr w:type="spellEnd"/>
      <w:r w:rsidRPr="008A79C3">
        <w:rPr>
          <w:sz w:val="24"/>
          <w:szCs w:val="24"/>
        </w:rPr>
        <w:t xml:space="preserve"> </w:t>
      </w:r>
      <w:proofErr w:type="spellStart"/>
      <w:r w:rsidRPr="008A79C3">
        <w:rPr>
          <w:sz w:val="24"/>
          <w:szCs w:val="24"/>
        </w:rPr>
        <w:t>leider</w:t>
      </w:r>
      <w:proofErr w:type="spellEnd"/>
      <w:r w:rsidRPr="008A79C3">
        <w:rPr>
          <w:sz w:val="24"/>
          <w:szCs w:val="24"/>
        </w:rPr>
        <w:t xml:space="preserve"> NICHT </w:t>
      </w:r>
      <w:proofErr w:type="spellStart"/>
      <w:r w:rsidRPr="008A79C3">
        <w:rPr>
          <w:sz w:val="24"/>
          <w:szCs w:val="24"/>
        </w:rPr>
        <w:t>organisieren</w:t>
      </w:r>
      <w:proofErr w:type="spellEnd"/>
      <w:r w:rsidRPr="008A79C3">
        <w:rPr>
          <w:sz w:val="24"/>
          <w:szCs w:val="24"/>
        </w:rPr>
        <w:t>.</w:t>
      </w:r>
    </w:p>
    <w:p w14:paraId="604A89FA" w14:textId="1B45515C" w:rsidR="005B388D" w:rsidRPr="008A79C3" w:rsidRDefault="00F87122" w:rsidP="00F87122">
      <w:pPr>
        <w:rPr>
          <w:sz w:val="24"/>
          <w:szCs w:val="24"/>
        </w:rPr>
      </w:pPr>
      <w:proofErr w:type="spellStart"/>
      <w:r w:rsidRPr="008A79C3">
        <w:rPr>
          <w:sz w:val="24"/>
          <w:szCs w:val="24"/>
        </w:rPr>
        <w:t>Getränke</w:t>
      </w:r>
      <w:proofErr w:type="spellEnd"/>
      <w:r w:rsidRPr="008A79C3">
        <w:rPr>
          <w:sz w:val="24"/>
          <w:szCs w:val="24"/>
        </w:rPr>
        <w:t xml:space="preserve"> und </w:t>
      </w:r>
      <w:proofErr w:type="spellStart"/>
      <w:r w:rsidRPr="008A79C3">
        <w:rPr>
          <w:sz w:val="24"/>
          <w:szCs w:val="24"/>
        </w:rPr>
        <w:t>Knabbereien</w:t>
      </w:r>
      <w:proofErr w:type="spellEnd"/>
      <w:r w:rsidRPr="008A79C3">
        <w:rPr>
          <w:sz w:val="24"/>
          <w:szCs w:val="24"/>
        </w:rPr>
        <w:t xml:space="preserve"> </w:t>
      </w:r>
      <w:proofErr w:type="spellStart"/>
      <w:r w:rsidRPr="008A79C3">
        <w:rPr>
          <w:sz w:val="24"/>
          <w:szCs w:val="24"/>
        </w:rPr>
        <w:t>gibt</w:t>
      </w:r>
      <w:proofErr w:type="spellEnd"/>
      <w:r w:rsidRPr="008A79C3">
        <w:rPr>
          <w:sz w:val="24"/>
          <w:szCs w:val="24"/>
        </w:rPr>
        <w:t xml:space="preserve"> es </w:t>
      </w:r>
      <w:proofErr w:type="spellStart"/>
      <w:r w:rsidRPr="008A79C3">
        <w:rPr>
          <w:sz w:val="24"/>
          <w:szCs w:val="24"/>
        </w:rPr>
        <w:t>vor</w:t>
      </w:r>
      <w:proofErr w:type="spellEnd"/>
      <w:r w:rsidRPr="008A79C3">
        <w:rPr>
          <w:sz w:val="24"/>
          <w:szCs w:val="24"/>
        </w:rPr>
        <w:t xml:space="preserve"> Ort und </w:t>
      </w:r>
      <w:proofErr w:type="spellStart"/>
      <w:r w:rsidRPr="008A79C3">
        <w:rPr>
          <w:sz w:val="24"/>
          <w:szCs w:val="24"/>
        </w:rPr>
        <w:t>natürlich</w:t>
      </w:r>
      <w:proofErr w:type="spellEnd"/>
      <w:r w:rsidRPr="008A79C3">
        <w:rPr>
          <w:sz w:val="24"/>
          <w:szCs w:val="24"/>
        </w:rPr>
        <w:t xml:space="preserve"> </w:t>
      </w:r>
      <w:proofErr w:type="spellStart"/>
      <w:r w:rsidRPr="008A79C3">
        <w:rPr>
          <w:sz w:val="24"/>
          <w:szCs w:val="24"/>
        </w:rPr>
        <w:t>kann</w:t>
      </w:r>
      <w:proofErr w:type="spellEnd"/>
      <w:r w:rsidRPr="008A79C3">
        <w:rPr>
          <w:sz w:val="24"/>
          <w:szCs w:val="24"/>
        </w:rPr>
        <w:t xml:space="preserve"> man sein </w:t>
      </w:r>
      <w:proofErr w:type="spellStart"/>
      <w:r w:rsidRPr="008A79C3">
        <w:rPr>
          <w:sz w:val="24"/>
          <w:szCs w:val="24"/>
        </w:rPr>
        <w:t>eigenes</w:t>
      </w:r>
      <w:proofErr w:type="spellEnd"/>
      <w:r w:rsidRPr="008A79C3">
        <w:rPr>
          <w:sz w:val="24"/>
          <w:szCs w:val="24"/>
        </w:rPr>
        <w:t xml:space="preserve"> </w:t>
      </w:r>
      <w:proofErr w:type="spellStart"/>
      <w:r w:rsidRPr="008A79C3">
        <w:rPr>
          <w:sz w:val="24"/>
          <w:szCs w:val="24"/>
        </w:rPr>
        <w:t>Mittagessen</w:t>
      </w:r>
      <w:proofErr w:type="spellEnd"/>
      <w:r w:rsidRPr="008A79C3">
        <w:rPr>
          <w:sz w:val="24"/>
          <w:szCs w:val="24"/>
        </w:rPr>
        <w:t xml:space="preserve"> </w:t>
      </w:r>
      <w:proofErr w:type="spellStart"/>
      <w:r w:rsidRPr="008A79C3">
        <w:rPr>
          <w:sz w:val="24"/>
          <w:szCs w:val="24"/>
        </w:rPr>
        <w:t>mitbringen</w:t>
      </w:r>
      <w:proofErr w:type="spellEnd"/>
      <w:r w:rsidRPr="008A79C3">
        <w:rPr>
          <w:sz w:val="24"/>
          <w:szCs w:val="24"/>
        </w:rPr>
        <w:t>!</w:t>
      </w:r>
      <w:r w:rsidR="0093079A" w:rsidRPr="008A79C3">
        <w:rPr>
          <w:sz w:val="24"/>
          <w:szCs w:val="24"/>
        </w:rPr>
        <w:t xml:space="preserve"> (Es </w:t>
      </w:r>
      <w:proofErr w:type="spellStart"/>
      <w:r w:rsidR="0093079A" w:rsidRPr="008A79C3">
        <w:rPr>
          <w:sz w:val="24"/>
          <w:szCs w:val="24"/>
        </w:rPr>
        <w:t>gibt</w:t>
      </w:r>
      <w:proofErr w:type="spellEnd"/>
      <w:r w:rsidR="0093079A" w:rsidRPr="008A79C3">
        <w:rPr>
          <w:sz w:val="24"/>
          <w:szCs w:val="24"/>
        </w:rPr>
        <w:t xml:space="preserve"> </w:t>
      </w:r>
      <w:proofErr w:type="spellStart"/>
      <w:r w:rsidR="0093079A" w:rsidRPr="008A79C3">
        <w:rPr>
          <w:sz w:val="24"/>
          <w:szCs w:val="24"/>
        </w:rPr>
        <w:t>vor</w:t>
      </w:r>
      <w:proofErr w:type="spellEnd"/>
      <w:r w:rsidR="0093079A" w:rsidRPr="008A79C3">
        <w:rPr>
          <w:sz w:val="24"/>
          <w:szCs w:val="24"/>
        </w:rPr>
        <w:t xml:space="preserve"> Ort </w:t>
      </w:r>
      <w:proofErr w:type="spellStart"/>
      <w:r w:rsidR="0093079A" w:rsidRPr="008A79C3">
        <w:rPr>
          <w:sz w:val="24"/>
          <w:szCs w:val="24"/>
        </w:rPr>
        <w:t>auch</w:t>
      </w:r>
      <w:proofErr w:type="spellEnd"/>
      <w:r w:rsidR="0093079A" w:rsidRPr="008A79C3">
        <w:rPr>
          <w:sz w:val="24"/>
          <w:szCs w:val="24"/>
        </w:rPr>
        <w:t xml:space="preserve"> </w:t>
      </w:r>
      <w:proofErr w:type="spellStart"/>
      <w:r w:rsidR="0093079A" w:rsidRPr="008A79C3">
        <w:rPr>
          <w:sz w:val="24"/>
          <w:szCs w:val="24"/>
        </w:rPr>
        <w:t>eine</w:t>
      </w:r>
      <w:proofErr w:type="spellEnd"/>
      <w:r w:rsidR="0093079A" w:rsidRPr="008A79C3">
        <w:rPr>
          <w:sz w:val="24"/>
          <w:szCs w:val="24"/>
        </w:rPr>
        <w:t xml:space="preserve"> </w:t>
      </w:r>
      <w:proofErr w:type="spellStart"/>
      <w:r w:rsidR="0093079A" w:rsidRPr="008A79C3">
        <w:rPr>
          <w:sz w:val="24"/>
          <w:szCs w:val="24"/>
        </w:rPr>
        <w:t>Mikrowelle</w:t>
      </w:r>
      <w:proofErr w:type="spellEnd"/>
      <w:r w:rsidR="0093079A" w:rsidRPr="008A79C3">
        <w:rPr>
          <w:sz w:val="24"/>
          <w:szCs w:val="24"/>
        </w:rPr>
        <w:t>).</w:t>
      </w:r>
    </w:p>
    <w:p w14:paraId="269C3176" w14:textId="3FB736AC" w:rsidR="005B388D" w:rsidRPr="008A79C3" w:rsidRDefault="00640E52">
      <w:pPr>
        <w:rPr>
          <w:sz w:val="24"/>
          <w:szCs w:val="24"/>
        </w:rPr>
      </w:pPr>
      <w:sdt>
        <w:sdtPr>
          <w:rPr>
            <w:sz w:val="24"/>
            <w:szCs w:val="24"/>
          </w:rPr>
          <w:alias w:val="Teilnahme am Mittagessen"/>
          <w:tag w:val="mittagessen"/>
          <w:id w:val="-15726466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A79C3">
            <w:rPr>
              <w:sz w:val="24"/>
              <w:szCs w:val="24"/>
            </w:rPr>
            <w:t>☐</w:t>
          </w:r>
        </w:sdtContent>
      </w:sdt>
      <w:r w:rsidRPr="008A79C3">
        <w:rPr>
          <w:sz w:val="24"/>
          <w:szCs w:val="24"/>
        </w:rPr>
        <w:t xml:space="preserve"> Ich </w:t>
      </w:r>
      <w:proofErr w:type="spellStart"/>
      <w:r w:rsidRPr="008A79C3">
        <w:rPr>
          <w:sz w:val="24"/>
          <w:szCs w:val="24"/>
        </w:rPr>
        <w:t>möchte</w:t>
      </w:r>
      <w:proofErr w:type="spellEnd"/>
      <w:r w:rsidRPr="008A79C3">
        <w:rPr>
          <w:sz w:val="24"/>
          <w:szCs w:val="24"/>
        </w:rPr>
        <w:t xml:space="preserve"> </w:t>
      </w:r>
      <w:r w:rsidR="005A2E46" w:rsidRPr="008A79C3">
        <w:rPr>
          <w:sz w:val="24"/>
          <w:szCs w:val="24"/>
        </w:rPr>
        <w:t xml:space="preserve">für </w:t>
      </w:r>
      <w:proofErr w:type="spellStart"/>
      <w:r w:rsidR="005A2E46" w:rsidRPr="008A79C3">
        <w:rPr>
          <w:sz w:val="24"/>
          <w:szCs w:val="24"/>
        </w:rPr>
        <w:t>mich</w:t>
      </w:r>
      <w:proofErr w:type="spellEnd"/>
      <w:r w:rsidR="005A2E46" w:rsidRPr="008A79C3">
        <w:rPr>
          <w:sz w:val="24"/>
          <w:szCs w:val="24"/>
        </w:rPr>
        <w:t xml:space="preserve"> </w:t>
      </w:r>
      <w:proofErr w:type="spellStart"/>
      <w:r w:rsidR="002902F7">
        <w:rPr>
          <w:sz w:val="24"/>
          <w:szCs w:val="24"/>
        </w:rPr>
        <w:t>s</w:t>
      </w:r>
      <w:r w:rsidR="005A2E46" w:rsidRPr="008A79C3">
        <w:rPr>
          <w:sz w:val="24"/>
          <w:szCs w:val="24"/>
        </w:rPr>
        <w:t>elbst</w:t>
      </w:r>
      <w:proofErr w:type="spellEnd"/>
      <w:r w:rsidR="005A2E46" w:rsidRPr="008A79C3">
        <w:rPr>
          <w:sz w:val="24"/>
          <w:szCs w:val="24"/>
        </w:rPr>
        <w:t xml:space="preserve"> </w:t>
      </w:r>
      <w:proofErr w:type="spellStart"/>
      <w:r w:rsidR="005A2E46" w:rsidRPr="008A79C3">
        <w:rPr>
          <w:sz w:val="24"/>
          <w:szCs w:val="24"/>
        </w:rPr>
        <w:t>eine</w:t>
      </w:r>
      <w:proofErr w:type="spellEnd"/>
      <w:r w:rsidR="005A2E46" w:rsidRPr="008A79C3">
        <w:rPr>
          <w:sz w:val="24"/>
          <w:szCs w:val="24"/>
        </w:rPr>
        <w:t xml:space="preserve"> </w:t>
      </w:r>
      <w:proofErr w:type="spellStart"/>
      <w:r w:rsidR="005A2E46" w:rsidRPr="008A79C3">
        <w:rPr>
          <w:sz w:val="24"/>
          <w:szCs w:val="24"/>
        </w:rPr>
        <w:t>halbe</w:t>
      </w:r>
      <w:proofErr w:type="spellEnd"/>
      <w:r w:rsidR="005A2E46" w:rsidRPr="008A79C3">
        <w:rPr>
          <w:sz w:val="24"/>
          <w:szCs w:val="24"/>
        </w:rPr>
        <w:t xml:space="preserve"> Pizza </w:t>
      </w:r>
      <w:proofErr w:type="spellStart"/>
      <w:r w:rsidR="005A2E46" w:rsidRPr="008A79C3">
        <w:rPr>
          <w:sz w:val="24"/>
          <w:szCs w:val="24"/>
        </w:rPr>
        <w:t>bestellen</w:t>
      </w:r>
      <w:proofErr w:type="spellEnd"/>
      <w:r w:rsidRPr="008A79C3">
        <w:rPr>
          <w:sz w:val="24"/>
          <w:szCs w:val="24"/>
        </w:rPr>
        <w:t>.</w:t>
      </w:r>
    </w:p>
    <w:p w14:paraId="1608EB21" w14:textId="3FB77729" w:rsidR="005B388D" w:rsidRPr="008A79C3" w:rsidRDefault="00640E52">
      <w:pPr>
        <w:rPr>
          <w:sz w:val="24"/>
          <w:szCs w:val="24"/>
        </w:rPr>
      </w:pPr>
      <w:sdt>
        <w:sdtPr>
          <w:rPr>
            <w:sz w:val="24"/>
            <w:szCs w:val="24"/>
          </w:rPr>
          <w:alias w:val="Essen für Assistenzperson"/>
          <w:tag w:val="mittagessen_assistenz"/>
          <w:id w:val="-5640305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A79C3">
            <w:rPr>
              <w:sz w:val="24"/>
              <w:szCs w:val="24"/>
            </w:rPr>
            <w:t>☐</w:t>
          </w:r>
        </w:sdtContent>
      </w:sdt>
      <w:r w:rsidRPr="008A79C3">
        <w:rPr>
          <w:sz w:val="24"/>
          <w:szCs w:val="24"/>
        </w:rPr>
        <w:t xml:space="preserve"> Ich </w:t>
      </w:r>
      <w:proofErr w:type="spellStart"/>
      <w:r w:rsidRPr="008A79C3">
        <w:rPr>
          <w:sz w:val="24"/>
          <w:szCs w:val="24"/>
        </w:rPr>
        <w:t>möchte</w:t>
      </w:r>
      <w:proofErr w:type="spellEnd"/>
      <w:r w:rsidRPr="008A79C3">
        <w:rPr>
          <w:sz w:val="24"/>
          <w:szCs w:val="24"/>
        </w:rPr>
        <w:t xml:space="preserve"> </w:t>
      </w:r>
      <w:proofErr w:type="spellStart"/>
      <w:r w:rsidRPr="008A79C3">
        <w:rPr>
          <w:sz w:val="24"/>
          <w:szCs w:val="24"/>
        </w:rPr>
        <w:t>auch</w:t>
      </w:r>
      <w:proofErr w:type="spellEnd"/>
      <w:r w:rsidRPr="008A79C3">
        <w:rPr>
          <w:sz w:val="24"/>
          <w:szCs w:val="24"/>
        </w:rPr>
        <w:t xml:space="preserve"> für </w:t>
      </w:r>
      <w:proofErr w:type="spellStart"/>
      <w:r w:rsidRPr="008A79C3">
        <w:rPr>
          <w:sz w:val="24"/>
          <w:szCs w:val="24"/>
        </w:rPr>
        <w:t>meine</w:t>
      </w:r>
      <w:proofErr w:type="spellEnd"/>
      <w:r w:rsidRPr="008A79C3">
        <w:rPr>
          <w:sz w:val="24"/>
          <w:szCs w:val="24"/>
        </w:rPr>
        <w:t xml:space="preserve"> </w:t>
      </w:r>
      <w:proofErr w:type="spellStart"/>
      <w:r w:rsidRPr="008A79C3">
        <w:rPr>
          <w:sz w:val="24"/>
          <w:szCs w:val="24"/>
        </w:rPr>
        <w:t>Assistenz</w:t>
      </w:r>
      <w:proofErr w:type="spellEnd"/>
      <w:r w:rsidR="005A2E46" w:rsidRPr="008A79C3">
        <w:rPr>
          <w:sz w:val="24"/>
          <w:szCs w:val="24"/>
        </w:rPr>
        <w:t>/</w:t>
      </w:r>
      <w:proofErr w:type="spellStart"/>
      <w:r w:rsidR="005A2E46" w:rsidRPr="008A79C3">
        <w:rPr>
          <w:sz w:val="24"/>
          <w:szCs w:val="24"/>
        </w:rPr>
        <w:t>Begleitperson</w:t>
      </w:r>
      <w:proofErr w:type="spellEnd"/>
      <w:r w:rsidR="005A2E46" w:rsidRPr="008A79C3">
        <w:rPr>
          <w:sz w:val="24"/>
          <w:szCs w:val="24"/>
        </w:rPr>
        <w:t xml:space="preserve"> </w:t>
      </w:r>
      <w:proofErr w:type="spellStart"/>
      <w:r w:rsidR="005A2E46" w:rsidRPr="008A79C3">
        <w:rPr>
          <w:sz w:val="24"/>
          <w:szCs w:val="24"/>
        </w:rPr>
        <w:t>eine</w:t>
      </w:r>
      <w:proofErr w:type="spellEnd"/>
      <w:r w:rsidR="005A2E46" w:rsidRPr="008A79C3">
        <w:rPr>
          <w:sz w:val="24"/>
          <w:szCs w:val="24"/>
        </w:rPr>
        <w:t xml:space="preserve"> </w:t>
      </w:r>
      <w:proofErr w:type="spellStart"/>
      <w:r w:rsidR="005A2E46" w:rsidRPr="008A79C3">
        <w:rPr>
          <w:sz w:val="24"/>
          <w:szCs w:val="24"/>
        </w:rPr>
        <w:t>halbe</w:t>
      </w:r>
      <w:proofErr w:type="spellEnd"/>
      <w:r w:rsidR="005A2E46" w:rsidRPr="008A79C3">
        <w:rPr>
          <w:sz w:val="24"/>
          <w:szCs w:val="24"/>
        </w:rPr>
        <w:t xml:space="preserve"> Pizza</w:t>
      </w:r>
      <w:r w:rsidRPr="008A79C3">
        <w:rPr>
          <w:sz w:val="24"/>
          <w:szCs w:val="24"/>
        </w:rPr>
        <w:t xml:space="preserve"> </w:t>
      </w:r>
      <w:proofErr w:type="spellStart"/>
      <w:r w:rsidRPr="008A79C3">
        <w:rPr>
          <w:sz w:val="24"/>
          <w:szCs w:val="24"/>
        </w:rPr>
        <w:t>bestellen</w:t>
      </w:r>
      <w:proofErr w:type="spellEnd"/>
      <w:r w:rsidRPr="008A79C3">
        <w:rPr>
          <w:sz w:val="24"/>
          <w:szCs w:val="24"/>
        </w:rPr>
        <w:t>.</w:t>
      </w:r>
    </w:p>
    <w:p w14:paraId="143EC967" w14:textId="77777777" w:rsidR="00CC600E" w:rsidRPr="008A79C3" w:rsidRDefault="00640E52">
      <w:pPr>
        <w:rPr>
          <w:b/>
          <w:sz w:val="24"/>
          <w:szCs w:val="24"/>
        </w:rPr>
      </w:pPr>
      <w:r w:rsidRPr="008A79C3">
        <w:rPr>
          <w:b/>
          <w:sz w:val="24"/>
          <w:szCs w:val="24"/>
        </w:rPr>
        <w:t xml:space="preserve">Bitte </w:t>
      </w:r>
      <w:proofErr w:type="spellStart"/>
      <w:r w:rsidRPr="008A79C3">
        <w:rPr>
          <w:b/>
          <w:sz w:val="24"/>
          <w:szCs w:val="24"/>
        </w:rPr>
        <w:t>beachten</w:t>
      </w:r>
      <w:proofErr w:type="spellEnd"/>
      <w:r w:rsidRPr="008A79C3">
        <w:rPr>
          <w:b/>
          <w:sz w:val="24"/>
          <w:szCs w:val="24"/>
        </w:rPr>
        <w:t xml:space="preserve"> (z. B. </w:t>
      </w:r>
      <w:proofErr w:type="spellStart"/>
      <w:r w:rsidRPr="008A79C3">
        <w:rPr>
          <w:b/>
          <w:sz w:val="24"/>
          <w:szCs w:val="24"/>
        </w:rPr>
        <w:t>vegetarisch</w:t>
      </w:r>
      <w:proofErr w:type="spellEnd"/>
      <w:r w:rsidRPr="008A79C3">
        <w:rPr>
          <w:b/>
          <w:sz w:val="24"/>
          <w:szCs w:val="24"/>
        </w:rPr>
        <w:t xml:space="preserve">, </w:t>
      </w:r>
      <w:proofErr w:type="spellStart"/>
      <w:r w:rsidRPr="008A79C3">
        <w:rPr>
          <w:b/>
          <w:sz w:val="24"/>
          <w:szCs w:val="24"/>
        </w:rPr>
        <w:t>Allergien</w:t>
      </w:r>
      <w:proofErr w:type="spellEnd"/>
      <w:r w:rsidRPr="008A79C3">
        <w:rPr>
          <w:b/>
          <w:sz w:val="24"/>
          <w:szCs w:val="24"/>
        </w:rPr>
        <w:t xml:space="preserve"> </w:t>
      </w:r>
      <w:proofErr w:type="spellStart"/>
      <w:r w:rsidRPr="008A79C3">
        <w:rPr>
          <w:b/>
          <w:sz w:val="24"/>
          <w:szCs w:val="24"/>
        </w:rPr>
        <w:t>oder</w:t>
      </w:r>
      <w:proofErr w:type="spellEnd"/>
      <w:r w:rsidRPr="008A79C3">
        <w:rPr>
          <w:b/>
          <w:sz w:val="24"/>
          <w:szCs w:val="24"/>
        </w:rPr>
        <w:t xml:space="preserve"> </w:t>
      </w:r>
      <w:proofErr w:type="spellStart"/>
      <w:r w:rsidRPr="008A79C3">
        <w:rPr>
          <w:b/>
          <w:sz w:val="24"/>
          <w:szCs w:val="24"/>
        </w:rPr>
        <w:t>Unverträglichkeiten</w:t>
      </w:r>
      <w:proofErr w:type="spellEnd"/>
      <w:r w:rsidRPr="008A79C3">
        <w:rPr>
          <w:b/>
          <w:sz w:val="24"/>
          <w:szCs w:val="24"/>
        </w:rPr>
        <w:t>):</w:t>
      </w:r>
    </w:p>
    <w:p w14:paraId="0E89EF22" w14:textId="415FD36D" w:rsidR="005B388D" w:rsidRPr="008A79C3" w:rsidRDefault="00640E52">
      <w:pPr>
        <w:rPr>
          <w:sz w:val="24"/>
          <w:szCs w:val="24"/>
        </w:rPr>
      </w:pPr>
      <w:r w:rsidRPr="008A79C3">
        <w:rPr>
          <w:b/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alias w:val="Hinweise zum Essen"/>
          <w:tag w:val="essen_hinweise"/>
          <w:id w:val="-1186052026"/>
          <w:text/>
        </w:sdtPr>
        <w:sdtEndPr/>
        <w:sdtContent>
          <w:r w:rsidRPr="008A79C3">
            <w:rPr>
              <w:sz w:val="24"/>
              <w:szCs w:val="24"/>
              <w:shd w:val="clear" w:color="auto" w:fill="EDEDED"/>
            </w:rPr>
            <w:t xml:space="preserve">Hier Hinweise </w:t>
          </w:r>
          <w:proofErr w:type="spellStart"/>
          <w:r w:rsidRPr="008A79C3">
            <w:rPr>
              <w:sz w:val="24"/>
              <w:szCs w:val="24"/>
              <w:shd w:val="clear" w:color="auto" w:fill="EDEDED"/>
            </w:rPr>
            <w:t>eintragen</w:t>
          </w:r>
          <w:proofErr w:type="spellEnd"/>
        </w:sdtContent>
      </w:sdt>
    </w:p>
    <w:p w14:paraId="7E09E4C6" w14:textId="77777777" w:rsidR="005B388D" w:rsidRPr="008A79C3" w:rsidRDefault="00640E52">
      <w:pPr>
        <w:pStyle w:val="berschrift1"/>
        <w:rPr>
          <w:color w:val="7030A0"/>
          <w:sz w:val="32"/>
          <w:szCs w:val="32"/>
        </w:rPr>
      </w:pPr>
      <w:proofErr w:type="spellStart"/>
      <w:r w:rsidRPr="008A79C3">
        <w:rPr>
          <w:color w:val="7030A0"/>
          <w:sz w:val="32"/>
          <w:szCs w:val="32"/>
        </w:rPr>
        <w:t>Weitere</w:t>
      </w:r>
      <w:proofErr w:type="spellEnd"/>
      <w:r w:rsidRPr="008A79C3">
        <w:rPr>
          <w:color w:val="7030A0"/>
          <w:sz w:val="32"/>
          <w:szCs w:val="32"/>
        </w:rPr>
        <w:t xml:space="preserve"> </w:t>
      </w:r>
      <w:proofErr w:type="spellStart"/>
      <w:r w:rsidRPr="008A79C3">
        <w:rPr>
          <w:color w:val="7030A0"/>
          <w:sz w:val="32"/>
          <w:szCs w:val="32"/>
        </w:rPr>
        <w:t>Hinweise</w:t>
      </w:r>
      <w:proofErr w:type="spellEnd"/>
    </w:p>
    <w:p w14:paraId="592FA1D6" w14:textId="77777777" w:rsidR="00CC600E" w:rsidRPr="008A79C3" w:rsidRDefault="00640E52">
      <w:pPr>
        <w:rPr>
          <w:b/>
          <w:sz w:val="24"/>
          <w:szCs w:val="24"/>
        </w:rPr>
      </w:pPr>
      <w:r w:rsidRPr="008A79C3">
        <w:rPr>
          <w:b/>
          <w:sz w:val="24"/>
          <w:szCs w:val="24"/>
        </w:rPr>
        <w:t xml:space="preserve">Was </w:t>
      </w:r>
      <w:proofErr w:type="spellStart"/>
      <w:r w:rsidRPr="008A79C3">
        <w:rPr>
          <w:b/>
          <w:sz w:val="24"/>
          <w:szCs w:val="24"/>
        </w:rPr>
        <w:t>wir</w:t>
      </w:r>
      <w:proofErr w:type="spellEnd"/>
      <w:r w:rsidRPr="008A79C3">
        <w:rPr>
          <w:b/>
          <w:sz w:val="24"/>
          <w:szCs w:val="24"/>
        </w:rPr>
        <w:t xml:space="preserve"> </w:t>
      </w:r>
      <w:proofErr w:type="spellStart"/>
      <w:r w:rsidRPr="008A79C3">
        <w:rPr>
          <w:b/>
          <w:sz w:val="24"/>
          <w:szCs w:val="24"/>
        </w:rPr>
        <w:t>sonst</w:t>
      </w:r>
      <w:proofErr w:type="spellEnd"/>
      <w:r w:rsidRPr="008A79C3">
        <w:rPr>
          <w:b/>
          <w:sz w:val="24"/>
          <w:szCs w:val="24"/>
        </w:rPr>
        <w:t xml:space="preserve"> </w:t>
      </w:r>
      <w:proofErr w:type="spellStart"/>
      <w:r w:rsidRPr="008A79C3">
        <w:rPr>
          <w:b/>
          <w:sz w:val="24"/>
          <w:szCs w:val="24"/>
        </w:rPr>
        <w:t>noch</w:t>
      </w:r>
      <w:proofErr w:type="spellEnd"/>
      <w:r w:rsidRPr="008A79C3">
        <w:rPr>
          <w:b/>
          <w:sz w:val="24"/>
          <w:szCs w:val="24"/>
        </w:rPr>
        <w:t xml:space="preserve"> für </w:t>
      </w:r>
      <w:proofErr w:type="spellStart"/>
      <w:r w:rsidRPr="008A79C3">
        <w:rPr>
          <w:b/>
          <w:sz w:val="24"/>
          <w:szCs w:val="24"/>
        </w:rPr>
        <w:t>Ihre</w:t>
      </w:r>
      <w:proofErr w:type="spellEnd"/>
      <w:r w:rsidRPr="008A79C3">
        <w:rPr>
          <w:b/>
          <w:sz w:val="24"/>
          <w:szCs w:val="24"/>
        </w:rPr>
        <w:t xml:space="preserve"> </w:t>
      </w:r>
      <w:proofErr w:type="spellStart"/>
      <w:r w:rsidRPr="008A79C3">
        <w:rPr>
          <w:b/>
          <w:sz w:val="24"/>
          <w:szCs w:val="24"/>
        </w:rPr>
        <w:t>Teilnahme</w:t>
      </w:r>
      <w:proofErr w:type="spellEnd"/>
      <w:r w:rsidRPr="008A79C3">
        <w:rPr>
          <w:b/>
          <w:sz w:val="24"/>
          <w:szCs w:val="24"/>
        </w:rPr>
        <w:t xml:space="preserve"> </w:t>
      </w:r>
      <w:proofErr w:type="spellStart"/>
      <w:r w:rsidRPr="008A79C3">
        <w:rPr>
          <w:b/>
          <w:sz w:val="24"/>
          <w:szCs w:val="24"/>
        </w:rPr>
        <w:t>wissen</w:t>
      </w:r>
      <w:proofErr w:type="spellEnd"/>
      <w:r w:rsidRPr="008A79C3">
        <w:rPr>
          <w:b/>
          <w:sz w:val="24"/>
          <w:szCs w:val="24"/>
        </w:rPr>
        <w:t xml:space="preserve"> </w:t>
      </w:r>
      <w:proofErr w:type="spellStart"/>
      <w:r w:rsidRPr="008A79C3">
        <w:rPr>
          <w:b/>
          <w:sz w:val="24"/>
          <w:szCs w:val="24"/>
        </w:rPr>
        <w:t>sollten</w:t>
      </w:r>
      <w:proofErr w:type="spellEnd"/>
      <w:r w:rsidRPr="008A79C3">
        <w:rPr>
          <w:b/>
          <w:sz w:val="24"/>
          <w:szCs w:val="24"/>
        </w:rPr>
        <w:t>:</w:t>
      </w:r>
    </w:p>
    <w:p w14:paraId="5C9A6CCD" w14:textId="47C12EDD" w:rsidR="005B388D" w:rsidRPr="008A79C3" w:rsidRDefault="00640E52">
      <w:pPr>
        <w:rPr>
          <w:sz w:val="24"/>
          <w:szCs w:val="24"/>
        </w:rPr>
      </w:pPr>
      <w:r w:rsidRPr="008A79C3">
        <w:rPr>
          <w:b/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alias w:val="Weitere Hinweise"/>
          <w:tag w:val="sonstiges"/>
          <w:id w:val="1452898380"/>
          <w:text/>
        </w:sdtPr>
        <w:sdtEndPr/>
        <w:sdtContent>
          <w:r w:rsidRPr="008A79C3">
            <w:rPr>
              <w:sz w:val="24"/>
              <w:szCs w:val="24"/>
              <w:shd w:val="clear" w:color="auto" w:fill="EDEDED"/>
            </w:rPr>
            <w:t xml:space="preserve">Hier Hinweise </w:t>
          </w:r>
          <w:proofErr w:type="spellStart"/>
          <w:r w:rsidRPr="008A79C3">
            <w:rPr>
              <w:sz w:val="24"/>
              <w:szCs w:val="24"/>
              <w:shd w:val="clear" w:color="auto" w:fill="EDEDED"/>
            </w:rPr>
            <w:t>eintragen</w:t>
          </w:r>
          <w:proofErr w:type="spellEnd"/>
        </w:sdtContent>
      </w:sdt>
    </w:p>
    <w:p w14:paraId="224D745E" w14:textId="35B5477A" w:rsidR="00CA2804" w:rsidRDefault="001D4B1F">
      <w:pPr>
        <w:spacing w:before="16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Falls Sie dieses Formular nicht </w:t>
      </w:r>
      <w:proofErr w:type="spellStart"/>
      <w:r>
        <w:rPr>
          <w:b/>
          <w:sz w:val="24"/>
          <w:szCs w:val="24"/>
        </w:rPr>
        <w:t>nutzen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können</w:t>
      </w:r>
      <w:proofErr w:type="spellEnd"/>
      <w:r>
        <w:rPr>
          <w:b/>
          <w:sz w:val="24"/>
          <w:szCs w:val="24"/>
        </w:rPr>
        <w:t>:</w:t>
      </w:r>
      <w:r>
        <w:rPr>
          <w:b/>
          <w:sz w:val="24"/>
          <w:szCs w:val="24"/>
        </w:rPr>
        <w:br/>
      </w:r>
      <w:r w:rsidR="00CA2804" w:rsidRPr="008A79C3">
        <w:rPr>
          <w:b/>
          <w:sz w:val="24"/>
          <w:szCs w:val="24"/>
        </w:rPr>
        <w:t xml:space="preserve">Sie </w:t>
      </w:r>
      <w:proofErr w:type="spellStart"/>
      <w:r w:rsidR="00CA2804" w:rsidRPr="008A79C3">
        <w:rPr>
          <w:b/>
          <w:sz w:val="24"/>
          <w:szCs w:val="24"/>
        </w:rPr>
        <w:t>können</w:t>
      </w:r>
      <w:proofErr w:type="spellEnd"/>
      <w:r w:rsidR="00CA2804" w:rsidRPr="008A79C3">
        <w:rPr>
          <w:b/>
          <w:sz w:val="24"/>
          <w:szCs w:val="24"/>
        </w:rPr>
        <w:t xml:space="preserve"> </w:t>
      </w:r>
      <w:proofErr w:type="spellStart"/>
      <w:r w:rsidR="00CA2804" w:rsidRPr="008A79C3">
        <w:rPr>
          <w:b/>
          <w:sz w:val="24"/>
          <w:szCs w:val="24"/>
        </w:rPr>
        <w:t>diese</w:t>
      </w:r>
      <w:proofErr w:type="spellEnd"/>
      <w:r w:rsidR="00CA2804" w:rsidRPr="008A79C3">
        <w:rPr>
          <w:b/>
          <w:sz w:val="24"/>
          <w:szCs w:val="24"/>
        </w:rPr>
        <w:t xml:space="preserve"> </w:t>
      </w:r>
      <w:proofErr w:type="spellStart"/>
      <w:r w:rsidR="00CA2804" w:rsidRPr="008A79C3">
        <w:rPr>
          <w:b/>
          <w:sz w:val="24"/>
          <w:szCs w:val="24"/>
        </w:rPr>
        <w:t>Angaben</w:t>
      </w:r>
      <w:proofErr w:type="spellEnd"/>
      <w:r w:rsidR="00CA2804" w:rsidRPr="008A79C3">
        <w:rPr>
          <w:b/>
          <w:sz w:val="24"/>
          <w:szCs w:val="24"/>
        </w:rPr>
        <w:t xml:space="preserve"> </w:t>
      </w:r>
      <w:proofErr w:type="spellStart"/>
      <w:r w:rsidR="00CA2804" w:rsidRPr="008A79C3">
        <w:rPr>
          <w:b/>
          <w:sz w:val="24"/>
          <w:szCs w:val="24"/>
        </w:rPr>
        <w:t>au</w:t>
      </w:r>
      <w:r>
        <w:rPr>
          <w:b/>
          <w:sz w:val="24"/>
          <w:szCs w:val="24"/>
        </w:rPr>
        <w:t>ch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 w:rsidR="00CA2804" w:rsidRPr="008A79C3">
        <w:rPr>
          <w:b/>
          <w:sz w:val="24"/>
          <w:szCs w:val="24"/>
        </w:rPr>
        <w:t>dire</w:t>
      </w:r>
      <w:r w:rsidR="00487587">
        <w:rPr>
          <w:b/>
          <w:sz w:val="24"/>
          <w:szCs w:val="24"/>
        </w:rPr>
        <w:t>k</w:t>
      </w:r>
      <w:r w:rsidR="00CA2804" w:rsidRPr="008A79C3">
        <w:rPr>
          <w:b/>
          <w:sz w:val="24"/>
          <w:szCs w:val="24"/>
        </w:rPr>
        <w:t>t</w:t>
      </w:r>
      <w:proofErr w:type="spellEnd"/>
      <w:r w:rsidR="00CA2804" w:rsidRPr="008A79C3">
        <w:rPr>
          <w:b/>
          <w:sz w:val="24"/>
          <w:szCs w:val="24"/>
        </w:rPr>
        <w:t xml:space="preserve"> in </w:t>
      </w:r>
      <w:proofErr w:type="spellStart"/>
      <w:r w:rsidR="00CA2804" w:rsidRPr="008A79C3">
        <w:rPr>
          <w:b/>
          <w:sz w:val="24"/>
          <w:szCs w:val="24"/>
        </w:rPr>
        <w:t>ihre</w:t>
      </w:r>
      <w:proofErr w:type="spellEnd"/>
      <w:r w:rsidR="00CA2804" w:rsidRPr="008A79C3">
        <w:rPr>
          <w:b/>
          <w:sz w:val="24"/>
          <w:szCs w:val="24"/>
        </w:rPr>
        <w:t xml:space="preserve"> </w:t>
      </w:r>
      <w:proofErr w:type="spellStart"/>
      <w:r w:rsidR="00CA2804" w:rsidRPr="008A79C3">
        <w:rPr>
          <w:b/>
          <w:sz w:val="24"/>
          <w:szCs w:val="24"/>
        </w:rPr>
        <w:t>Anmeldemail</w:t>
      </w:r>
      <w:proofErr w:type="spellEnd"/>
      <w:r w:rsidR="00CA2804" w:rsidRPr="008A79C3">
        <w:rPr>
          <w:b/>
          <w:sz w:val="24"/>
          <w:szCs w:val="24"/>
        </w:rPr>
        <w:t xml:space="preserve"> </w:t>
      </w:r>
      <w:proofErr w:type="spellStart"/>
      <w:r w:rsidR="00CA2804" w:rsidRPr="008A79C3">
        <w:rPr>
          <w:b/>
          <w:sz w:val="24"/>
          <w:szCs w:val="24"/>
        </w:rPr>
        <w:t>schreiben</w:t>
      </w:r>
      <w:proofErr w:type="spellEnd"/>
      <w:r w:rsidR="00CA2804" w:rsidRPr="008A79C3">
        <w:rPr>
          <w:b/>
          <w:sz w:val="24"/>
          <w:szCs w:val="24"/>
        </w:rPr>
        <w:t>.</w:t>
      </w:r>
    </w:p>
    <w:p w14:paraId="4A6E3F61" w14:textId="07D11933" w:rsidR="00487587" w:rsidRPr="008A79C3" w:rsidRDefault="001D4B1F">
      <w:pPr>
        <w:spacing w:before="160"/>
        <w:rPr>
          <w:b/>
          <w:sz w:val="24"/>
          <w:szCs w:val="24"/>
        </w:rPr>
      </w:pPr>
      <w:r w:rsidRPr="00487587">
        <w:rPr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6BA2E00C" wp14:editId="7BC06116">
                <wp:simplePos x="0" y="0"/>
                <wp:positionH relativeFrom="column">
                  <wp:posOffset>3810</wp:posOffset>
                </wp:positionH>
                <wp:positionV relativeFrom="paragraph">
                  <wp:posOffset>405130</wp:posOffset>
                </wp:positionV>
                <wp:extent cx="6259830" cy="1404620"/>
                <wp:effectExtent l="19050" t="19050" r="45720" b="3810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9830" cy="1404620"/>
                        </a:xfrm>
                        <a:prstGeom prst="rect">
                          <a:avLst/>
                        </a:prstGeom>
                        <a:ln w="57150">
                          <a:solidFill>
                            <a:srgbClr val="7030A0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CBF792" w14:textId="77777777" w:rsidR="00DC5D28" w:rsidRDefault="00487587" w:rsidP="00487587">
                            <w:pPr>
                              <w:spacing w:before="160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8A79C3">
                              <w:rPr>
                                <w:b/>
                                <w:sz w:val="24"/>
                                <w:szCs w:val="24"/>
                              </w:rPr>
                              <w:t xml:space="preserve">Bitte </w:t>
                            </w:r>
                            <w:proofErr w:type="spellStart"/>
                            <w:r w:rsidRPr="008A79C3">
                              <w:rPr>
                                <w:b/>
                                <w:sz w:val="24"/>
                                <w:szCs w:val="24"/>
                              </w:rPr>
                              <w:t>senden</w:t>
                            </w:r>
                            <w:proofErr w:type="spellEnd"/>
                            <w:r w:rsidRPr="008A79C3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Sie die </w:t>
                            </w:r>
                            <w:proofErr w:type="spellStart"/>
                            <w:r w:rsidRPr="008A79C3">
                              <w:rPr>
                                <w:b/>
                                <w:sz w:val="24"/>
                                <w:szCs w:val="24"/>
                              </w:rPr>
                              <w:t>Anmeldung</w:t>
                            </w:r>
                            <w:proofErr w:type="spellEnd"/>
                            <w:r w:rsidRPr="008A79C3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7A1F78F7" w14:textId="71BAA800" w:rsidR="00487587" w:rsidRPr="008A79C3" w:rsidRDefault="00487587" w:rsidP="00487587">
                            <w:pPr>
                              <w:spacing w:before="160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8A79C3">
                              <w:rPr>
                                <w:b/>
                                <w:sz w:val="24"/>
                                <w:szCs w:val="24"/>
                              </w:rPr>
                              <w:t xml:space="preserve">bis </w:t>
                            </w:r>
                            <w:proofErr w:type="spellStart"/>
                            <w:r w:rsidRPr="008A79C3">
                              <w:rPr>
                                <w:b/>
                                <w:sz w:val="24"/>
                                <w:szCs w:val="24"/>
                              </w:rPr>
                              <w:t>spätestens</w:t>
                            </w:r>
                            <w:proofErr w:type="spellEnd"/>
                            <w:r w:rsidRPr="008A79C3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A79C3">
                              <w:rPr>
                                <w:b/>
                                <w:sz w:val="24"/>
                                <w:szCs w:val="24"/>
                              </w:rPr>
                              <w:t>Mittwoch</w:t>
                            </w:r>
                            <w:proofErr w:type="spellEnd"/>
                            <w:r w:rsidRPr="008A79C3">
                              <w:rPr>
                                <w:b/>
                                <w:sz w:val="24"/>
                                <w:szCs w:val="24"/>
                              </w:rPr>
                              <w:t xml:space="preserve">, 07. Oktober </w:t>
                            </w:r>
                          </w:p>
                          <w:p w14:paraId="24709D49" w14:textId="4AB736B5" w:rsidR="00487587" w:rsidRPr="008A79C3" w:rsidRDefault="00487587" w:rsidP="00487587">
                            <w:pPr>
                              <w:spacing w:before="160"/>
                              <w:rPr>
                                <w:sz w:val="24"/>
                                <w:szCs w:val="24"/>
                              </w:rPr>
                            </w:pPr>
                            <w:r w:rsidRPr="008A79C3">
                              <w:rPr>
                                <w:b/>
                                <w:sz w:val="24"/>
                                <w:szCs w:val="24"/>
                              </w:rPr>
                              <w:t xml:space="preserve">an </w:t>
                            </w:r>
                            <w:hyperlink r:id="rId11" w:history="1">
                              <w:r w:rsidRPr="008A79C3">
                                <w:rPr>
                                  <w:rStyle w:val="Hyperlink"/>
                                  <w:b/>
                                  <w:sz w:val="24"/>
                                  <w:szCs w:val="24"/>
                                </w:rPr>
                                <w:t>info@netzwerkfrauen-bayern.de</w:t>
                              </w:r>
                            </w:hyperlink>
                            <w:r w:rsidRPr="008A79C3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.</w:t>
                            </w:r>
                          </w:p>
                          <w:p w14:paraId="67F4789F" w14:textId="06FC3AAB" w:rsidR="00487587" w:rsidRDefault="00487587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BA2E00C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.3pt;margin-top:31.9pt;width:492.9pt;height:110.6pt;z-index:251658241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" fillcolor="white [3201]" strokecolor="#7030a0" strokeweight="4.5pt">
                <v:textbox style="mso-fit-shape-to-text:t">
                  <w:txbxContent>
                    <w:p w14:paraId="20CBF792" w14:textId="77777777" w:rsidR="00DC5D28" w:rsidRDefault="00487587" w:rsidP="00487587">
                      <w:pPr>
                        <w:spacing w:before="160"/>
                        <w:rPr>
                          <w:b/>
                          <w:sz w:val="24"/>
                          <w:szCs w:val="24"/>
                        </w:rPr>
                      </w:pPr>
                      <w:r w:rsidRPr="008A79C3">
                        <w:rPr>
                          <w:b/>
                          <w:sz w:val="24"/>
                          <w:szCs w:val="24"/>
                        </w:rPr>
                        <w:t xml:space="preserve">Bitte </w:t>
                      </w:r>
                      <w:proofErr w:type="spellStart"/>
                      <w:r w:rsidRPr="008A79C3">
                        <w:rPr>
                          <w:b/>
                          <w:sz w:val="24"/>
                          <w:szCs w:val="24"/>
                        </w:rPr>
                        <w:t>senden</w:t>
                      </w:r>
                      <w:proofErr w:type="spellEnd"/>
                      <w:r w:rsidRPr="008A79C3">
                        <w:rPr>
                          <w:b/>
                          <w:sz w:val="24"/>
                          <w:szCs w:val="24"/>
                        </w:rPr>
                        <w:t xml:space="preserve"> Sie die </w:t>
                      </w:r>
                      <w:proofErr w:type="spellStart"/>
                      <w:r w:rsidRPr="008A79C3">
                        <w:rPr>
                          <w:b/>
                          <w:sz w:val="24"/>
                          <w:szCs w:val="24"/>
                        </w:rPr>
                        <w:t>Anmeldung</w:t>
                      </w:r>
                      <w:proofErr w:type="spellEnd"/>
                      <w:r w:rsidRPr="008A79C3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</w:p>
                    <w:p w14:paraId="7A1F78F7" w14:textId="71BAA800" w:rsidR="00487587" w:rsidRPr="008A79C3" w:rsidRDefault="00487587" w:rsidP="00487587">
                      <w:pPr>
                        <w:spacing w:before="160"/>
                        <w:rPr>
                          <w:b/>
                          <w:sz w:val="24"/>
                          <w:szCs w:val="24"/>
                        </w:rPr>
                      </w:pPr>
                      <w:r w:rsidRPr="008A79C3">
                        <w:rPr>
                          <w:b/>
                          <w:sz w:val="24"/>
                          <w:szCs w:val="24"/>
                        </w:rPr>
                        <w:t xml:space="preserve">bis </w:t>
                      </w:r>
                      <w:proofErr w:type="spellStart"/>
                      <w:r w:rsidRPr="008A79C3">
                        <w:rPr>
                          <w:b/>
                          <w:sz w:val="24"/>
                          <w:szCs w:val="24"/>
                        </w:rPr>
                        <w:t>spätestens</w:t>
                      </w:r>
                      <w:proofErr w:type="spellEnd"/>
                      <w:r w:rsidRPr="008A79C3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A79C3">
                        <w:rPr>
                          <w:b/>
                          <w:sz w:val="24"/>
                          <w:szCs w:val="24"/>
                        </w:rPr>
                        <w:t>Mittwoch</w:t>
                      </w:r>
                      <w:proofErr w:type="spellEnd"/>
                      <w:r w:rsidRPr="008A79C3">
                        <w:rPr>
                          <w:b/>
                          <w:sz w:val="24"/>
                          <w:szCs w:val="24"/>
                        </w:rPr>
                        <w:t xml:space="preserve">, 07. Oktober </w:t>
                      </w:r>
                    </w:p>
                    <w:p w14:paraId="24709D49" w14:textId="4AB736B5" w:rsidR="00487587" w:rsidRPr="008A79C3" w:rsidRDefault="00487587" w:rsidP="00487587">
                      <w:pPr>
                        <w:spacing w:before="160"/>
                        <w:rPr>
                          <w:sz w:val="24"/>
                          <w:szCs w:val="24"/>
                        </w:rPr>
                      </w:pPr>
                      <w:r w:rsidRPr="008A79C3">
                        <w:rPr>
                          <w:b/>
                          <w:sz w:val="24"/>
                          <w:szCs w:val="24"/>
                        </w:rPr>
                        <w:t xml:space="preserve">an </w:t>
                      </w:r>
                      <w:hyperlink r:id="rId12" w:history="1">
                        <w:r w:rsidRPr="008A79C3">
                          <w:rPr>
                            <w:rStyle w:val="Hyperlink"/>
                            <w:b/>
                            <w:sz w:val="24"/>
                            <w:szCs w:val="24"/>
                          </w:rPr>
                          <w:t>info@netzwerkfrauen-bayern.de</w:t>
                        </w:r>
                      </w:hyperlink>
                      <w:r w:rsidRPr="008A79C3">
                        <w:rPr>
                          <w:b/>
                          <w:sz w:val="24"/>
                          <w:szCs w:val="24"/>
                        </w:rPr>
                        <w:t xml:space="preserve"> .</w:t>
                      </w:r>
                    </w:p>
                    <w:p w14:paraId="67F4789F" w14:textId="06FC3AAB" w:rsidR="00487587" w:rsidRDefault="00487587"/>
                  </w:txbxContent>
                </v:textbox>
                <w10:wrap type="square"/>
              </v:shape>
            </w:pict>
          </mc:Fallback>
        </mc:AlternateContent>
      </w:r>
    </w:p>
    <w:sectPr w:rsidR="00487587" w:rsidRPr="008A79C3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4685074">
    <w:abstractNumId w:val="8"/>
  </w:num>
  <w:num w:numId="2" w16cid:durableId="1773549641">
    <w:abstractNumId w:val="6"/>
  </w:num>
  <w:num w:numId="3" w16cid:durableId="1889997661">
    <w:abstractNumId w:val="5"/>
  </w:num>
  <w:num w:numId="4" w16cid:durableId="1901481625">
    <w:abstractNumId w:val="4"/>
  </w:num>
  <w:num w:numId="5" w16cid:durableId="836117384">
    <w:abstractNumId w:val="7"/>
  </w:num>
  <w:num w:numId="6" w16cid:durableId="688868603">
    <w:abstractNumId w:val="3"/>
  </w:num>
  <w:num w:numId="7" w16cid:durableId="1010572143">
    <w:abstractNumId w:val="2"/>
  </w:num>
  <w:num w:numId="8" w16cid:durableId="565141641">
    <w:abstractNumId w:val="1"/>
  </w:num>
  <w:num w:numId="9" w16cid:durableId="568930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0FCD"/>
    <w:rsid w:val="0015074B"/>
    <w:rsid w:val="001D139B"/>
    <w:rsid w:val="001D4B1F"/>
    <w:rsid w:val="00254267"/>
    <w:rsid w:val="002902F7"/>
    <w:rsid w:val="0029639D"/>
    <w:rsid w:val="00326F90"/>
    <w:rsid w:val="00487587"/>
    <w:rsid w:val="004A0C4F"/>
    <w:rsid w:val="004C1B33"/>
    <w:rsid w:val="004C758C"/>
    <w:rsid w:val="005A2E46"/>
    <w:rsid w:val="005B388D"/>
    <w:rsid w:val="00685D52"/>
    <w:rsid w:val="00731D2A"/>
    <w:rsid w:val="0076572A"/>
    <w:rsid w:val="007957BF"/>
    <w:rsid w:val="007C31E8"/>
    <w:rsid w:val="00823D02"/>
    <w:rsid w:val="008A79C3"/>
    <w:rsid w:val="0093079A"/>
    <w:rsid w:val="009438A3"/>
    <w:rsid w:val="00A3334A"/>
    <w:rsid w:val="00AA1D8D"/>
    <w:rsid w:val="00B37CF4"/>
    <w:rsid w:val="00B47730"/>
    <w:rsid w:val="00CA2804"/>
    <w:rsid w:val="00CB0664"/>
    <w:rsid w:val="00CB585E"/>
    <w:rsid w:val="00CC600E"/>
    <w:rsid w:val="00DC5D28"/>
    <w:rsid w:val="00E46FFD"/>
    <w:rsid w:val="00F8712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21DDFDE5-F3CF-46CD-94F2-4D06C948E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pPr>
      <w:spacing w:after="100"/>
    </w:pPr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Absatz-Standardschriftart"/>
    <w:uiPriority w:val="99"/>
    <w:unhideWhenUsed/>
    <w:rsid w:val="00254267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542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info@netzwerkfrauen-bayern.d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hyperlink" Target="mailto:info@netzwerkfrauen-bayern.de" TargetMode="External"/><Relationship Id="rId5" Type="http://schemas.openxmlformats.org/officeDocument/2006/relationships/customXml" Target="../customXml/item5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6817a-6389-401f-9cae-4b06bbe94493">
      <Terms xmlns="http://schemas.microsoft.com/office/infopath/2007/PartnerControls"/>
    </lcf76f155ced4ddcb4097134ff3c332f>
    <TaxCatchAll xmlns="b68de029-2947-495d-af49-970fc0a5a1ae" xsi:nil="true"/>
    <_dlc_DocId xmlns="b68de029-2947-495d-af49-970fc0a5a1ae">M2WDYESJQYK5-235230919-565901</_dlc_DocId>
    <_dlc_DocIdUrl xmlns="b68de029-2947-495d-af49-970fc0a5a1ae">
      <Url>https://selbsthilfebayern.sharepoint.com/sites/LAGSDATA/_layouts/15/DocIdRedir.aspx?ID=M2WDYESJQYK5-235230919-565901</Url>
      <Description>M2WDYESJQYK5-235230919-565901</Description>
    </_dlc_DocIdUrl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C38E10B78D3CF4BBDDE089B6BD28480" ma:contentTypeVersion="15" ma:contentTypeDescription="Ein neues Dokument erstellen." ma:contentTypeScope="" ma:versionID="0d99f1de3af4f2bdd0b9bfade8039b87">
  <xsd:schema xmlns:xsd="http://www.w3.org/2001/XMLSchema" xmlns:xs="http://www.w3.org/2001/XMLSchema" xmlns:p="http://schemas.microsoft.com/office/2006/metadata/properties" xmlns:ns2="b68de029-2947-495d-af49-970fc0a5a1ae" xmlns:ns3="9ae6817a-6389-401f-9cae-4b06bbe94493" targetNamespace="http://schemas.microsoft.com/office/2006/metadata/properties" ma:root="true" ma:fieldsID="f2a4decb56e2e97e1ba0c46774bcac05" ns2:_="" ns3:_="">
    <xsd:import namespace="b68de029-2947-495d-af49-970fc0a5a1ae"/>
    <xsd:import namespace="9ae6817a-6389-401f-9cae-4b06bbe9449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8de029-2947-495d-af49-970fc0a5a1a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dexed="true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4a55907d-02a1-426d-91f7-1cbd15e07f45}" ma:internalName="TaxCatchAll" ma:showField="CatchAllData" ma:web="b68de029-2947-495d-af49-970fc0a5a1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6817a-6389-401f-9cae-4b06bbe944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Bildmarkierungen" ma:readOnly="false" ma:fieldId="{5cf76f15-5ced-4ddc-b409-7134ff3c332f}" ma:taxonomyMulti="true" ma:sspId="7f23faf4-2eb1-436c-a73e-aa754e57c7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EFB8DB-40AE-48DE-BAFD-6ACDA51A9A5C}">
  <ds:schemaRefs>
    <ds:schemaRef ds:uri="http://schemas.microsoft.com/office/2006/metadata/properties"/>
    <ds:schemaRef ds:uri="http://schemas.microsoft.com/office/infopath/2007/PartnerControls"/>
    <ds:schemaRef ds:uri="9ae6817a-6389-401f-9cae-4b06bbe94493"/>
    <ds:schemaRef ds:uri="b68de029-2947-495d-af49-970fc0a5a1ae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AEFB3BE-ACD1-4EDC-B2CC-B0E1DA9CF7F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2BF60EA-6BC6-4605-9A24-84DBBBC5964C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9B9EBD03-AB99-45BC-9857-B7AEFD3588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8de029-2947-495d-af49-970fc0a5a1ae"/>
    <ds:schemaRef ds:uri="9ae6817a-6389-401f-9cae-4b06bbe944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Dunja Robin</cp:lastModifiedBy>
  <cp:revision>26</cp:revision>
  <dcterms:created xsi:type="dcterms:W3CDTF">2013-12-23T23:15:00Z</dcterms:created>
  <dcterms:modified xsi:type="dcterms:W3CDTF">2026-09-23T12:16:00Z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0x010100EC38E10B78D3CF4BBDDE089B6BD28480</vt:lpwstr>
  </property>
  <property fmtid="{D5CDD505-2E9C-101B-9397-08002B2CF9AE}" pid="3" name="_dlc_DocIdItemGuid">
    <vt:lpwstr>4da191b2-9990-41db-b66f-362628f07187</vt:lpwstr>
  </property>
  <property fmtid="{D5CDD505-2E9C-101B-9397-08002B2CF9AE}" pid="4" name="MediaServiceImageTags">
    <vt:lpwstr/>
  </property>
</Properties>
</file>